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19FEA40" w14:textId="49DEDE78" w:rsidR="00696D3B" w:rsidRPr="00F279F1" w:rsidRDefault="00000000" w:rsidP="007F724E">
      <w:pPr>
        <w:pStyle w:val="Nagwek1"/>
      </w:pPr>
      <w:bookmarkStart w:id="0" w:name="_Hlk231980595"/>
      <w:bookmarkEnd w:id="0"/>
      <w:r w:rsidRPr="00F279F1">
        <w:t>Informacja o działalności Urzędu Miasta i Gminy w Kępnie</w:t>
      </w:r>
    </w:p>
    <w:p w14:paraId="1370897A" w14:textId="3CACCE71" w:rsidR="00696D3B" w:rsidRPr="00F279F1" w:rsidRDefault="00703613" w:rsidP="007F724E">
      <w:pPr>
        <w:spacing w:after="360"/>
      </w:pPr>
      <w:r w:rsidRPr="00F279F1">
        <w:rPr>
          <w:sz w:val="28"/>
          <w:szCs w:val="28"/>
        </w:rPr>
        <w:drawing>
          <wp:anchor distT="0" distB="0" distL="114300" distR="114300" simplePos="0" relativeHeight="251659264" behindDoc="1" locked="0" layoutInCell="1" allowOverlap="1" wp14:anchorId="47816123" wp14:editId="30E7EA15">
            <wp:simplePos x="0" y="0"/>
            <wp:positionH relativeFrom="column">
              <wp:posOffset>4114800</wp:posOffset>
            </wp:positionH>
            <wp:positionV relativeFrom="paragraph">
              <wp:posOffset>629285</wp:posOffset>
            </wp:positionV>
            <wp:extent cx="1798320" cy="1798320"/>
            <wp:effectExtent l="19050" t="19050" r="11430" b="11430"/>
            <wp:wrapTight wrapText="bothSides">
              <wp:wrapPolygon edited="0">
                <wp:start x="-229" y="-229"/>
                <wp:lineTo x="-229" y="21508"/>
                <wp:lineTo x="21508" y="21508"/>
                <wp:lineTo x="21508" y="-229"/>
                <wp:lineTo x="-229" y="-229"/>
              </wp:wrapPolygon>
            </wp:wrapTight>
            <wp:docPr id="937701827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320" cy="17983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  <a:prstDash val="solid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 w:rsidRPr="00F279F1">
        <w:rPr>
          <w:color w:val="0063AA"/>
        </w:rPr>
        <w:t>____________________________________________________</w:t>
      </w:r>
    </w:p>
    <w:p w14:paraId="5F56DB9E" w14:textId="592A091F" w:rsidR="00696D3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sz w:val="28"/>
          <w:szCs w:val="28"/>
        </w:rPr>
        <w:t>To jest informacja łatwa do czytania i zrozumienia.</w:t>
      </w:r>
    </w:p>
    <w:p w14:paraId="2234357C" w14:textId="4CF70495" w:rsidR="00696D3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sz w:val="28"/>
          <w:szCs w:val="28"/>
        </w:rPr>
        <w:t xml:space="preserve">Dokument opisuje, czym zajmuje się </w:t>
      </w:r>
      <w:r w:rsidRPr="00F279F1">
        <w:rPr>
          <w:b/>
          <w:bCs/>
          <w:sz w:val="28"/>
          <w:szCs w:val="28"/>
        </w:rPr>
        <w:t>Urząd Miasta i Gminy w Kępnie</w:t>
      </w:r>
      <w:r w:rsidRPr="00F279F1">
        <w:rPr>
          <w:sz w:val="28"/>
          <w:szCs w:val="28"/>
        </w:rPr>
        <w:t>.</w:t>
      </w:r>
    </w:p>
    <w:p w14:paraId="47F49DE7" w14:textId="7037AE58" w:rsidR="00696D3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sz w:val="28"/>
          <w:szCs w:val="28"/>
        </w:rPr>
        <w:t xml:space="preserve">W tym dokumencie używamy krótkiej nazwy </w:t>
      </w:r>
      <w:r w:rsidRPr="00F279F1">
        <w:rPr>
          <w:b/>
          <w:bCs/>
          <w:sz w:val="28"/>
          <w:szCs w:val="28"/>
        </w:rPr>
        <w:t>Urząd</w:t>
      </w:r>
      <w:r w:rsidRPr="00F279F1">
        <w:rPr>
          <w:sz w:val="28"/>
          <w:szCs w:val="28"/>
        </w:rPr>
        <w:t>.</w:t>
      </w:r>
    </w:p>
    <w:p w14:paraId="4226F758" w14:textId="5B518DB3" w:rsidR="00696D3B" w:rsidRPr="00F279F1" w:rsidRDefault="00265BA1" w:rsidP="007F724E">
      <w:pPr>
        <w:pStyle w:val="Nagwek2"/>
        <w:spacing w:before="240" w:after="240"/>
      </w:pPr>
      <w:r w:rsidRPr="00F279F1">
        <w:drawing>
          <wp:anchor distT="0" distB="0" distL="114300" distR="114300" simplePos="0" relativeHeight="251658240" behindDoc="1" locked="0" layoutInCell="1" allowOverlap="1" wp14:anchorId="5B276AB1" wp14:editId="2AD59448">
            <wp:simplePos x="0" y="0"/>
            <wp:positionH relativeFrom="column">
              <wp:posOffset>4115435</wp:posOffset>
            </wp:positionH>
            <wp:positionV relativeFrom="paragraph">
              <wp:posOffset>114935</wp:posOffset>
            </wp:positionV>
            <wp:extent cx="1799590" cy="1799590"/>
            <wp:effectExtent l="19050" t="19050" r="10160" b="10160"/>
            <wp:wrapTight wrapText="bothSides">
              <wp:wrapPolygon edited="0">
                <wp:start x="-229" y="-229"/>
                <wp:lineTo x="-229" y="21493"/>
                <wp:lineTo x="21493" y="21493"/>
                <wp:lineTo x="21493" y="-229"/>
                <wp:lineTo x="-229" y="-229"/>
              </wp:wrapPolygon>
            </wp:wrapTight>
            <wp:docPr id="98139164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1391649" name="Obraz 981391649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  <a:prstDash val="solid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 w:rsidRPr="00F279F1">
        <w:t>Gdzie jest Urząd?</w:t>
      </w:r>
    </w:p>
    <w:p w14:paraId="6BEBD25E" w14:textId="5566943B" w:rsidR="00696D3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sz w:val="28"/>
          <w:szCs w:val="28"/>
        </w:rPr>
        <w:t>Urząd Miasta i Gminy jest w Kępnie.</w:t>
      </w:r>
    </w:p>
    <w:p w14:paraId="50F25376" w14:textId="1AF4A5D8" w:rsidR="00696D3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sz w:val="28"/>
          <w:szCs w:val="28"/>
        </w:rPr>
        <w:t>Adres Urzędu to:</w:t>
      </w:r>
    </w:p>
    <w:p w14:paraId="7B78C4AF" w14:textId="77777777" w:rsidR="00696D3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sz w:val="28"/>
          <w:szCs w:val="28"/>
        </w:rPr>
        <w:t>ulica Ratuszowa 1</w:t>
      </w:r>
    </w:p>
    <w:p w14:paraId="1F5DF486" w14:textId="79CC80B7" w:rsidR="00696D3B" w:rsidRPr="00F279F1" w:rsidRDefault="00000000" w:rsidP="00265BA1">
      <w:pPr>
        <w:spacing w:after="120" w:line="360" w:lineRule="auto"/>
        <w:rPr>
          <w:sz w:val="28"/>
          <w:szCs w:val="28"/>
        </w:rPr>
      </w:pPr>
      <w:r w:rsidRPr="00F279F1">
        <w:rPr>
          <w:sz w:val="28"/>
          <w:szCs w:val="28"/>
        </w:rPr>
        <w:t>63-600 Kępno</w:t>
      </w:r>
    </w:p>
    <w:p w14:paraId="6225F791" w14:textId="3D871917" w:rsidR="00696D3B" w:rsidRPr="00F279F1" w:rsidRDefault="00000000" w:rsidP="007F724E">
      <w:pPr>
        <w:pStyle w:val="Nagwek2"/>
        <w:spacing w:before="240" w:after="240"/>
      </w:pPr>
      <w:r w:rsidRPr="00F279F1">
        <w:t>Kto kieruje Urzędem?</w:t>
      </w:r>
    </w:p>
    <w:p w14:paraId="659759DA" w14:textId="77777777" w:rsidR="00696D3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sz w:val="28"/>
          <w:szCs w:val="28"/>
        </w:rPr>
        <w:t>Urzędem kieruje Burmistrz Miasta i Gminy Kępno.</w:t>
      </w:r>
    </w:p>
    <w:p w14:paraId="7A5EFAC6" w14:textId="77777777" w:rsidR="00696D3B" w:rsidRPr="00265BA1" w:rsidRDefault="00000000" w:rsidP="007F724E">
      <w:pPr>
        <w:spacing w:line="360" w:lineRule="auto"/>
        <w:rPr>
          <w:b/>
          <w:bCs/>
          <w:sz w:val="28"/>
          <w:szCs w:val="28"/>
        </w:rPr>
      </w:pPr>
      <w:r w:rsidRPr="00265BA1">
        <w:rPr>
          <w:b/>
          <w:bCs/>
          <w:sz w:val="28"/>
          <w:szCs w:val="28"/>
        </w:rPr>
        <w:t>Burmistrzem jest dr inż. Piotr Psikus.</w:t>
      </w:r>
    </w:p>
    <w:p w14:paraId="28C7846D" w14:textId="77777777" w:rsidR="00696D3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sz w:val="28"/>
          <w:szCs w:val="28"/>
        </w:rPr>
        <w:t>Burmistrz wykonuje swoje zadania z pomocą Urzędu.</w:t>
      </w:r>
    </w:p>
    <w:p w14:paraId="150C0502" w14:textId="499CCC33" w:rsidR="00696D3B" w:rsidRPr="00F279F1" w:rsidRDefault="00000000" w:rsidP="00703613">
      <w:pPr>
        <w:spacing w:line="360" w:lineRule="auto"/>
        <w:rPr>
          <w:sz w:val="28"/>
          <w:szCs w:val="28"/>
        </w:rPr>
      </w:pPr>
      <w:r w:rsidRPr="00F279F1">
        <w:rPr>
          <w:sz w:val="28"/>
          <w:szCs w:val="28"/>
        </w:rPr>
        <w:t>Pracownicy Urzędu pomagają mieszkańcom załatwiać różne sprawy.</w:t>
      </w:r>
    </w:p>
    <w:p w14:paraId="17114E42" w14:textId="6E3ED80C" w:rsidR="00696D3B" w:rsidRPr="00F279F1" w:rsidRDefault="00000000" w:rsidP="007F724E">
      <w:pPr>
        <w:pStyle w:val="Nagwek2"/>
        <w:spacing w:before="240" w:after="240"/>
      </w:pPr>
      <w:r w:rsidRPr="00F279F1">
        <w:lastRenderedPageBreak/>
        <w:t>Czym zajmuje się Urząd?</w:t>
      </w:r>
    </w:p>
    <w:p w14:paraId="0DF3FD31" w14:textId="47F6C958" w:rsidR="00696D3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sz w:val="28"/>
          <w:szCs w:val="28"/>
        </w:rPr>
        <w:t>Urząd pomaga mieszkańcom załatwiać sprawy miasta i gminy.</w:t>
      </w:r>
    </w:p>
    <w:p w14:paraId="6444F1A7" w14:textId="0FBC7576" w:rsidR="00696D3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sz w:val="28"/>
          <w:szCs w:val="28"/>
        </w:rPr>
        <w:t>Gmina to obszar, w którym mieszkasz.</w:t>
      </w:r>
    </w:p>
    <w:p w14:paraId="08A94973" w14:textId="4BF2F4CD" w:rsidR="00696D3B" w:rsidRPr="00F279F1" w:rsidRDefault="00265BA1" w:rsidP="00703613">
      <w:pPr>
        <w:spacing w:after="480" w:line="360" w:lineRule="auto"/>
        <w:rPr>
          <w:sz w:val="28"/>
          <w:szCs w:val="28"/>
        </w:rPr>
      </w:pPr>
      <w:r w:rsidRPr="00F279F1">
        <w:drawing>
          <wp:anchor distT="0" distB="0" distL="114300" distR="114300" simplePos="0" relativeHeight="251660288" behindDoc="1" locked="0" layoutInCell="1" allowOverlap="1" wp14:anchorId="37538A14" wp14:editId="70A18ECA">
            <wp:simplePos x="0" y="0"/>
            <wp:positionH relativeFrom="column">
              <wp:posOffset>4114800</wp:posOffset>
            </wp:positionH>
            <wp:positionV relativeFrom="paragraph">
              <wp:posOffset>279400</wp:posOffset>
            </wp:positionV>
            <wp:extent cx="1799590" cy="1799590"/>
            <wp:effectExtent l="19050" t="19050" r="10160" b="10160"/>
            <wp:wrapTight wrapText="bothSides">
              <wp:wrapPolygon edited="0">
                <wp:start x="-229" y="-229"/>
                <wp:lineTo x="-229" y="21493"/>
                <wp:lineTo x="21493" y="21493"/>
                <wp:lineTo x="21493" y="-229"/>
                <wp:lineTo x="-229" y="-229"/>
              </wp:wrapPolygon>
            </wp:wrapTight>
            <wp:docPr id="201080953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809533" name="Obraz 2010809533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  <a:prstDash val="solid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 w:rsidRPr="00F279F1">
        <w:rPr>
          <w:sz w:val="28"/>
          <w:szCs w:val="28"/>
        </w:rPr>
        <w:t>Urząd zajmuje się wieloma sprawami mieszkańców.</w:t>
      </w:r>
    </w:p>
    <w:p w14:paraId="274ADBC0" w14:textId="5732F0C3" w:rsidR="00696D3B" w:rsidRPr="00F279F1" w:rsidRDefault="00000000" w:rsidP="00122384">
      <w:pPr>
        <w:pStyle w:val="Nagwek3"/>
        <w:spacing w:before="240" w:after="240"/>
      </w:pPr>
      <w:r w:rsidRPr="00F279F1">
        <w:t xml:space="preserve">Sprawy </w:t>
      </w:r>
      <w:r w:rsidR="00DF60BF" w:rsidRPr="00F279F1">
        <w:t>zamieszkania</w:t>
      </w:r>
      <w:r w:rsidRPr="00F279F1">
        <w:t xml:space="preserve"> i dowodu osobistego</w:t>
      </w:r>
    </w:p>
    <w:p w14:paraId="7DDD1902" w14:textId="4030E2CF" w:rsidR="00696D3B" w:rsidRPr="00F279F1" w:rsidRDefault="00000000" w:rsidP="00DF60BF">
      <w:pPr>
        <w:pStyle w:val="Akapitzlist"/>
        <w:numPr>
          <w:ilvl w:val="0"/>
          <w:numId w:val="12"/>
        </w:numPr>
        <w:spacing w:after="160" w:line="480" w:lineRule="auto"/>
        <w:rPr>
          <w:sz w:val="28"/>
          <w:szCs w:val="28"/>
        </w:rPr>
      </w:pPr>
      <w:r w:rsidRPr="00F279F1">
        <w:rPr>
          <w:sz w:val="28"/>
          <w:szCs w:val="28"/>
        </w:rPr>
        <w:t>Możesz zgłosić w Urzędzie, gdzie mieszkasz.</w:t>
      </w:r>
    </w:p>
    <w:p w14:paraId="26154DC6" w14:textId="72002906" w:rsidR="00696D3B" w:rsidRPr="00F279F1" w:rsidRDefault="00000000" w:rsidP="00DF60BF">
      <w:pPr>
        <w:pStyle w:val="Akapitzlist"/>
        <w:spacing w:line="480" w:lineRule="auto"/>
        <w:rPr>
          <w:sz w:val="28"/>
          <w:szCs w:val="28"/>
        </w:rPr>
      </w:pPr>
      <w:r w:rsidRPr="00F279F1">
        <w:rPr>
          <w:sz w:val="28"/>
          <w:szCs w:val="28"/>
        </w:rPr>
        <w:t>To nazywa się zameldowanie.</w:t>
      </w:r>
    </w:p>
    <w:p w14:paraId="1A557C13" w14:textId="54441669" w:rsidR="00696D3B" w:rsidRPr="00F279F1" w:rsidRDefault="00265BA1" w:rsidP="00DF60BF">
      <w:pPr>
        <w:pStyle w:val="Akapitzlist"/>
        <w:numPr>
          <w:ilvl w:val="0"/>
          <w:numId w:val="12"/>
        </w:numPr>
        <w:spacing w:after="160" w:line="480" w:lineRule="auto"/>
        <w:rPr>
          <w:sz w:val="28"/>
          <w:szCs w:val="28"/>
        </w:rPr>
      </w:pPr>
      <w:r w:rsidRPr="00F279F1">
        <w:rPr>
          <w:sz w:val="28"/>
          <w:szCs w:val="28"/>
        </w:rPr>
        <w:drawing>
          <wp:anchor distT="0" distB="0" distL="114300" distR="114300" simplePos="0" relativeHeight="251661312" behindDoc="1" locked="0" layoutInCell="1" allowOverlap="1" wp14:anchorId="716F3CB0" wp14:editId="74DA8DE7">
            <wp:simplePos x="0" y="0"/>
            <wp:positionH relativeFrom="column">
              <wp:posOffset>4114800</wp:posOffset>
            </wp:positionH>
            <wp:positionV relativeFrom="paragraph">
              <wp:posOffset>822325</wp:posOffset>
            </wp:positionV>
            <wp:extent cx="1799590" cy="1799590"/>
            <wp:effectExtent l="19050" t="19050" r="10160" b="10160"/>
            <wp:wrapTight wrapText="bothSides">
              <wp:wrapPolygon edited="0">
                <wp:start x="-229" y="-229"/>
                <wp:lineTo x="-229" y="21493"/>
                <wp:lineTo x="21493" y="21493"/>
                <wp:lineTo x="21493" y="-229"/>
                <wp:lineTo x="-229" y="-229"/>
              </wp:wrapPolygon>
            </wp:wrapTight>
            <wp:docPr id="143632158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32158" name="Obraz 143632158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  <a:prstDash val="solid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 w:rsidRPr="00F279F1">
        <w:rPr>
          <w:sz w:val="28"/>
          <w:szCs w:val="28"/>
        </w:rPr>
        <w:t>Możesz zgłosić w Urzędzie, że już nie mieszkasz pod danym adresem.</w:t>
      </w:r>
    </w:p>
    <w:p w14:paraId="5C85A1E4" w14:textId="268B979D" w:rsidR="00696D3B" w:rsidRPr="00F279F1" w:rsidRDefault="00000000" w:rsidP="00DF60BF">
      <w:pPr>
        <w:pStyle w:val="Akapitzlist"/>
        <w:spacing w:line="480" w:lineRule="auto"/>
        <w:rPr>
          <w:sz w:val="28"/>
          <w:szCs w:val="28"/>
        </w:rPr>
      </w:pPr>
      <w:r w:rsidRPr="00F279F1">
        <w:rPr>
          <w:sz w:val="28"/>
          <w:szCs w:val="28"/>
        </w:rPr>
        <w:t>To nazywa się wymeldowanie.</w:t>
      </w:r>
    </w:p>
    <w:p w14:paraId="0DA0A27D" w14:textId="4FA9CAD8" w:rsidR="00696D3B" w:rsidRPr="00F279F1" w:rsidRDefault="00000000" w:rsidP="00DF60BF">
      <w:pPr>
        <w:pStyle w:val="Akapitzlist"/>
        <w:numPr>
          <w:ilvl w:val="0"/>
          <w:numId w:val="12"/>
        </w:numPr>
        <w:spacing w:after="160" w:line="480" w:lineRule="auto"/>
        <w:rPr>
          <w:sz w:val="28"/>
          <w:szCs w:val="28"/>
        </w:rPr>
      </w:pPr>
      <w:r w:rsidRPr="00F279F1">
        <w:rPr>
          <w:sz w:val="28"/>
          <w:szCs w:val="28"/>
        </w:rPr>
        <w:t>Możesz zgłosić pobyt czasowy.</w:t>
      </w:r>
    </w:p>
    <w:p w14:paraId="66865625" w14:textId="77777777" w:rsidR="00696D3B" w:rsidRPr="00F279F1" w:rsidRDefault="00000000" w:rsidP="00DF60BF">
      <w:pPr>
        <w:pStyle w:val="Akapitzlist"/>
        <w:spacing w:line="480" w:lineRule="auto"/>
        <w:rPr>
          <w:sz w:val="28"/>
          <w:szCs w:val="28"/>
        </w:rPr>
      </w:pPr>
      <w:r w:rsidRPr="00F279F1">
        <w:rPr>
          <w:sz w:val="28"/>
          <w:szCs w:val="28"/>
        </w:rPr>
        <w:t>Pobyt czasowy oznacza mieszkanie w danym miejscu przez jakiś czas.</w:t>
      </w:r>
    </w:p>
    <w:p w14:paraId="4AA3C73F" w14:textId="2BD3D7AD" w:rsidR="00696D3B" w:rsidRPr="00F279F1" w:rsidRDefault="00000000" w:rsidP="00DF60BF">
      <w:pPr>
        <w:pStyle w:val="Akapitzlist"/>
        <w:numPr>
          <w:ilvl w:val="0"/>
          <w:numId w:val="12"/>
        </w:numPr>
        <w:spacing w:after="160" w:line="480" w:lineRule="auto"/>
        <w:rPr>
          <w:sz w:val="28"/>
          <w:szCs w:val="28"/>
        </w:rPr>
      </w:pPr>
      <w:r w:rsidRPr="00F279F1">
        <w:rPr>
          <w:sz w:val="28"/>
          <w:szCs w:val="28"/>
        </w:rPr>
        <w:t>Możesz złożyć wniosek o dowód osobisty.</w:t>
      </w:r>
    </w:p>
    <w:p w14:paraId="3E9A73EC" w14:textId="1FF5A7E9" w:rsidR="00696D3B" w:rsidRPr="00F279F1" w:rsidRDefault="00000000" w:rsidP="00DF60BF">
      <w:pPr>
        <w:pStyle w:val="Akapitzlist"/>
        <w:numPr>
          <w:ilvl w:val="0"/>
          <w:numId w:val="12"/>
        </w:numPr>
        <w:spacing w:after="160" w:line="480" w:lineRule="auto"/>
        <w:rPr>
          <w:sz w:val="28"/>
          <w:szCs w:val="28"/>
        </w:rPr>
      </w:pPr>
      <w:r w:rsidRPr="00F279F1">
        <w:rPr>
          <w:sz w:val="28"/>
          <w:szCs w:val="28"/>
        </w:rPr>
        <w:t>Możesz odebrać dowód osobisty.</w:t>
      </w:r>
    </w:p>
    <w:p w14:paraId="21326599" w14:textId="43063BE8" w:rsidR="00696D3B" w:rsidRPr="00F279F1" w:rsidRDefault="00703613" w:rsidP="00122384">
      <w:pPr>
        <w:pStyle w:val="Nagwek3"/>
      </w:pPr>
      <w:r w:rsidRPr="00F279F1">
        <w:drawing>
          <wp:anchor distT="0" distB="0" distL="114300" distR="114300" simplePos="0" relativeHeight="251663360" behindDoc="1" locked="0" layoutInCell="1" allowOverlap="1" wp14:anchorId="1CA8D490" wp14:editId="28513359">
            <wp:simplePos x="0" y="0"/>
            <wp:positionH relativeFrom="column">
              <wp:posOffset>4114800</wp:posOffset>
            </wp:positionH>
            <wp:positionV relativeFrom="paragraph">
              <wp:posOffset>19050</wp:posOffset>
            </wp:positionV>
            <wp:extent cx="1799590" cy="1799590"/>
            <wp:effectExtent l="19050" t="19050" r="10160" b="10160"/>
            <wp:wrapTight wrapText="bothSides">
              <wp:wrapPolygon edited="0">
                <wp:start x="-229" y="-229"/>
                <wp:lineTo x="-229" y="21493"/>
                <wp:lineTo x="21493" y="21493"/>
                <wp:lineTo x="21493" y="-229"/>
                <wp:lineTo x="-229" y="-229"/>
              </wp:wrapPolygon>
            </wp:wrapTight>
            <wp:docPr id="1201147351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1147351" name="Obraz 1201147351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  <a:prstDash val="solid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 w:rsidRPr="00F279F1">
        <w:t>Akty stanu cywilnego i ślub</w:t>
      </w:r>
    </w:p>
    <w:p w14:paraId="257071C1" w14:textId="28E6272C" w:rsidR="00696D3B" w:rsidRPr="00F279F1" w:rsidRDefault="00000000" w:rsidP="00DF60BF">
      <w:pPr>
        <w:pStyle w:val="Akapitzlist"/>
        <w:numPr>
          <w:ilvl w:val="0"/>
          <w:numId w:val="12"/>
        </w:numPr>
        <w:spacing w:after="160" w:line="480" w:lineRule="auto"/>
        <w:rPr>
          <w:sz w:val="28"/>
          <w:szCs w:val="28"/>
        </w:rPr>
      </w:pPr>
      <w:r w:rsidRPr="00F279F1">
        <w:rPr>
          <w:sz w:val="28"/>
          <w:szCs w:val="28"/>
        </w:rPr>
        <w:t>Możesz otrzymać akt urodzenia.</w:t>
      </w:r>
    </w:p>
    <w:p w14:paraId="65C8C46A" w14:textId="121A15C0" w:rsidR="00696D3B" w:rsidRPr="00F279F1" w:rsidRDefault="00000000" w:rsidP="00DF60BF">
      <w:pPr>
        <w:pStyle w:val="Akapitzlist"/>
        <w:numPr>
          <w:ilvl w:val="0"/>
          <w:numId w:val="12"/>
        </w:numPr>
        <w:spacing w:after="160" w:line="480" w:lineRule="auto"/>
        <w:rPr>
          <w:sz w:val="28"/>
          <w:szCs w:val="28"/>
        </w:rPr>
      </w:pPr>
      <w:r w:rsidRPr="00F279F1">
        <w:rPr>
          <w:sz w:val="28"/>
          <w:szCs w:val="28"/>
        </w:rPr>
        <w:t>Możesz otrzymać akt małżeństwa.</w:t>
      </w:r>
    </w:p>
    <w:p w14:paraId="62240566" w14:textId="7B0F783B" w:rsidR="00696D3B" w:rsidRPr="00F279F1" w:rsidRDefault="00000000" w:rsidP="00DF60BF">
      <w:pPr>
        <w:pStyle w:val="Akapitzlist"/>
        <w:numPr>
          <w:ilvl w:val="0"/>
          <w:numId w:val="12"/>
        </w:numPr>
        <w:spacing w:after="160" w:line="480" w:lineRule="auto"/>
        <w:rPr>
          <w:sz w:val="28"/>
          <w:szCs w:val="28"/>
        </w:rPr>
      </w:pPr>
      <w:r w:rsidRPr="00F279F1">
        <w:rPr>
          <w:sz w:val="28"/>
          <w:szCs w:val="28"/>
        </w:rPr>
        <w:t>Możesz otrzymać akt zgonu.</w:t>
      </w:r>
    </w:p>
    <w:p w14:paraId="072F3308" w14:textId="44FFCF34" w:rsidR="00696D3B" w:rsidRPr="00F279F1" w:rsidRDefault="00265BA1" w:rsidP="00DF60BF">
      <w:pPr>
        <w:pStyle w:val="Akapitzlist"/>
        <w:spacing w:line="480" w:lineRule="auto"/>
        <w:rPr>
          <w:sz w:val="28"/>
          <w:szCs w:val="28"/>
        </w:rPr>
      </w:pPr>
      <w:r w:rsidRPr="00F279F1">
        <w:drawing>
          <wp:anchor distT="0" distB="0" distL="114300" distR="114300" simplePos="0" relativeHeight="251662336" behindDoc="1" locked="0" layoutInCell="1" allowOverlap="1" wp14:anchorId="35C25F3F" wp14:editId="25A1A646">
            <wp:simplePos x="0" y="0"/>
            <wp:positionH relativeFrom="column">
              <wp:posOffset>4133850</wp:posOffset>
            </wp:positionH>
            <wp:positionV relativeFrom="paragraph">
              <wp:posOffset>808355</wp:posOffset>
            </wp:positionV>
            <wp:extent cx="1799590" cy="1799590"/>
            <wp:effectExtent l="19050" t="19050" r="10160" b="10160"/>
            <wp:wrapTight wrapText="bothSides">
              <wp:wrapPolygon edited="0">
                <wp:start x="-229" y="-229"/>
                <wp:lineTo x="-229" y="21493"/>
                <wp:lineTo x="21493" y="21493"/>
                <wp:lineTo x="21493" y="-229"/>
                <wp:lineTo x="-229" y="-229"/>
              </wp:wrapPolygon>
            </wp:wrapTight>
            <wp:docPr id="13430614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0614" name="Obraz 13430614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  <a:prstDash val="solid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 w:rsidRPr="00F279F1">
        <w:rPr>
          <w:sz w:val="28"/>
          <w:szCs w:val="28"/>
        </w:rPr>
        <w:t>Akt to oficjalny dokument z Urzędu Stanu Cywilnego.</w:t>
      </w:r>
    </w:p>
    <w:p w14:paraId="38C57E51" w14:textId="2893B126" w:rsidR="00696D3B" w:rsidRPr="00F279F1" w:rsidRDefault="00000000" w:rsidP="00DF60BF">
      <w:pPr>
        <w:pStyle w:val="Akapitzlist"/>
        <w:numPr>
          <w:ilvl w:val="0"/>
          <w:numId w:val="12"/>
        </w:numPr>
        <w:spacing w:after="160" w:line="480" w:lineRule="auto"/>
        <w:rPr>
          <w:sz w:val="28"/>
          <w:szCs w:val="28"/>
        </w:rPr>
      </w:pPr>
      <w:r w:rsidRPr="00F279F1">
        <w:rPr>
          <w:sz w:val="28"/>
          <w:szCs w:val="28"/>
        </w:rPr>
        <w:t>Możesz wziąć ślub cywilny.</w:t>
      </w:r>
    </w:p>
    <w:p w14:paraId="0B8BBD0D" w14:textId="6FE90812" w:rsidR="00696D3B" w:rsidRPr="00F279F1" w:rsidRDefault="00000000" w:rsidP="00DF60BF">
      <w:pPr>
        <w:pStyle w:val="Akapitzlist"/>
        <w:numPr>
          <w:ilvl w:val="0"/>
          <w:numId w:val="12"/>
        </w:numPr>
        <w:spacing w:after="160" w:line="480" w:lineRule="auto"/>
        <w:rPr>
          <w:sz w:val="28"/>
          <w:szCs w:val="28"/>
        </w:rPr>
      </w:pPr>
      <w:r w:rsidRPr="00F279F1">
        <w:rPr>
          <w:sz w:val="28"/>
          <w:szCs w:val="28"/>
        </w:rPr>
        <w:t>Możesz otrzymać dokumenty potrzebne do ślubu konkordatowego.</w:t>
      </w:r>
    </w:p>
    <w:p w14:paraId="58A1BC57" w14:textId="1CF9B443" w:rsidR="00696D3B" w:rsidRPr="00F279F1" w:rsidRDefault="00000000" w:rsidP="00703613">
      <w:pPr>
        <w:pStyle w:val="Akapitzlist"/>
        <w:spacing w:after="480" w:line="480" w:lineRule="auto"/>
        <w:rPr>
          <w:sz w:val="28"/>
          <w:szCs w:val="28"/>
        </w:rPr>
      </w:pPr>
      <w:r w:rsidRPr="00F279F1">
        <w:rPr>
          <w:sz w:val="28"/>
          <w:szCs w:val="28"/>
        </w:rPr>
        <w:t>Ślub konkordatowy to ślub kościelny, który ma też skutki prawne.</w:t>
      </w:r>
    </w:p>
    <w:p w14:paraId="0D594197" w14:textId="7F3F41B1" w:rsidR="00696D3B" w:rsidRPr="00F279F1" w:rsidRDefault="00703613" w:rsidP="00122384">
      <w:pPr>
        <w:pStyle w:val="Nagwek3"/>
      </w:pPr>
      <w:r w:rsidRPr="00F279F1">
        <w:drawing>
          <wp:anchor distT="0" distB="0" distL="114300" distR="114300" simplePos="0" relativeHeight="251664384" behindDoc="1" locked="0" layoutInCell="1" allowOverlap="1" wp14:anchorId="7C4D2224" wp14:editId="0985DDE0">
            <wp:simplePos x="0" y="0"/>
            <wp:positionH relativeFrom="column">
              <wp:posOffset>4133215</wp:posOffset>
            </wp:positionH>
            <wp:positionV relativeFrom="paragraph">
              <wp:posOffset>16510</wp:posOffset>
            </wp:positionV>
            <wp:extent cx="1799590" cy="1799590"/>
            <wp:effectExtent l="19050" t="19050" r="10160" b="10160"/>
            <wp:wrapTight wrapText="bothSides">
              <wp:wrapPolygon edited="0">
                <wp:start x="-229" y="-229"/>
                <wp:lineTo x="-229" y="21493"/>
                <wp:lineTo x="21493" y="21493"/>
                <wp:lineTo x="21493" y="-229"/>
                <wp:lineTo x="-229" y="-229"/>
              </wp:wrapPolygon>
            </wp:wrapTight>
            <wp:docPr id="1774916240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916240" name="Obraz 1774916240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  <a:prstDash val="solid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 w:rsidRPr="00F279F1">
        <w:t>Podatki i opłaty</w:t>
      </w:r>
    </w:p>
    <w:p w14:paraId="3E1BB298" w14:textId="77777777" w:rsidR="00C36F0A" w:rsidRPr="00F279F1" w:rsidRDefault="00000000" w:rsidP="00C36F0A">
      <w:pPr>
        <w:pStyle w:val="Akapitzlist"/>
        <w:numPr>
          <w:ilvl w:val="0"/>
          <w:numId w:val="12"/>
        </w:numPr>
        <w:spacing w:after="160" w:line="480" w:lineRule="auto"/>
        <w:rPr>
          <w:sz w:val="28"/>
          <w:szCs w:val="28"/>
        </w:rPr>
      </w:pPr>
      <w:r w:rsidRPr="00F279F1">
        <w:rPr>
          <w:sz w:val="28"/>
          <w:szCs w:val="28"/>
        </w:rPr>
        <w:t>Możesz zgłosić nieruchomość do opodatkowania.</w:t>
      </w:r>
    </w:p>
    <w:p w14:paraId="15BA0D12" w14:textId="78A71D4B" w:rsidR="00696D3B" w:rsidRPr="00F279F1" w:rsidRDefault="00000000" w:rsidP="00C36F0A">
      <w:pPr>
        <w:pStyle w:val="Akapitzlist"/>
        <w:spacing w:after="160" w:line="480" w:lineRule="auto"/>
        <w:rPr>
          <w:sz w:val="28"/>
          <w:szCs w:val="28"/>
        </w:rPr>
      </w:pPr>
      <w:r w:rsidRPr="00F279F1">
        <w:rPr>
          <w:sz w:val="28"/>
          <w:szCs w:val="28"/>
        </w:rPr>
        <w:t>Nieruchomość to na przykład działka, dom albo lokal.</w:t>
      </w:r>
    </w:p>
    <w:p w14:paraId="563770F8" w14:textId="5BC436D5" w:rsidR="00696D3B" w:rsidRPr="00F279F1" w:rsidRDefault="00000000" w:rsidP="00A23057">
      <w:pPr>
        <w:pStyle w:val="Akapitzlist"/>
        <w:numPr>
          <w:ilvl w:val="0"/>
          <w:numId w:val="12"/>
        </w:numPr>
        <w:spacing w:after="160" w:line="480" w:lineRule="auto"/>
        <w:rPr>
          <w:sz w:val="28"/>
          <w:szCs w:val="28"/>
        </w:rPr>
      </w:pPr>
      <w:r w:rsidRPr="00F279F1">
        <w:rPr>
          <w:sz w:val="28"/>
          <w:szCs w:val="28"/>
        </w:rPr>
        <w:t>Możesz uzyskać informacje o płatnościach podatków</w:t>
      </w:r>
      <w:r w:rsidR="00A23057" w:rsidRPr="00F279F1">
        <w:rPr>
          <w:sz w:val="28"/>
          <w:szCs w:val="28"/>
        </w:rPr>
        <w:t xml:space="preserve"> i opłatach</w:t>
      </w:r>
      <w:r w:rsidRPr="00F279F1">
        <w:rPr>
          <w:sz w:val="28"/>
          <w:szCs w:val="28"/>
        </w:rPr>
        <w:t>.</w:t>
      </w:r>
    </w:p>
    <w:p w14:paraId="27F5C16C" w14:textId="03977AF9" w:rsidR="00696D3B" w:rsidRPr="00F279F1" w:rsidRDefault="00000000" w:rsidP="00C36F0A">
      <w:pPr>
        <w:pStyle w:val="Akapitzlist"/>
        <w:spacing w:after="160" w:line="480" w:lineRule="auto"/>
        <w:rPr>
          <w:sz w:val="28"/>
          <w:szCs w:val="28"/>
        </w:rPr>
      </w:pPr>
      <w:r w:rsidRPr="00F279F1">
        <w:rPr>
          <w:sz w:val="28"/>
          <w:szCs w:val="28"/>
        </w:rPr>
        <w:t>Podatek to pieniądze, które płacisz na potrzeby gminy lub państwa.</w:t>
      </w:r>
    </w:p>
    <w:p w14:paraId="1A0A1238" w14:textId="77777777" w:rsidR="00696D3B" w:rsidRPr="00F279F1" w:rsidRDefault="00000000" w:rsidP="00C36F0A">
      <w:pPr>
        <w:pStyle w:val="Akapitzlist"/>
        <w:spacing w:after="160" w:line="480" w:lineRule="auto"/>
        <w:rPr>
          <w:sz w:val="28"/>
          <w:szCs w:val="28"/>
        </w:rPr>
      </w:pPr>
      <w:r w:rsidRPr="00F279F1">
        <w:rPr>
          <w:sz w:val="28"/>
          <w:szCs w:val="28"/>
        </w:rPr>
        <w:t>Opłata to pieniądze za określoną sprawę albo usługę.</w:t>
      </w:r>
    </w:p>
    <w:p w14:paraId="6631DBC4" w14:textId="5CAA03E8" w:rsidR="00696D3B" w:rsidRPr="00F279F1" w:rsidRDefault="00000000" w:rsidP="00122384">
      <w:pPr>
        <w:pStyle w:val="Nagwek3"/>
      </w:pPr>
      <w:r w:rsidRPr="00F279F1">
        <w:t>Sprawy firmy</w:t>
      </w:r>
    </w:p>
    <w:p w14:paraId="4DF88CCC" w14:textId="0164C143" w:rsidR="00DF60BF" w:rsidRPr="00F279F1" w:rsidRDefault="00A23057" w:rsidP="00C36F0A">
      <w:pPr>
        <w:pStyle w:val="Akapitzlist"/>
        <w:numPr>
          <w:ilvl w:val="0"/>
          <w:numId w:val="12"/>
        </w:numPr>
        <w:spacing w:after="160" w:line="480" w:lineRule="auto"/>
        <w:rPr>
          <w:sz w:val="28"/>
          <w:szCs w:val="28"/>
        </w:rPr>
      </w:pPr>
      <w:r w:rsidRPr="00F279F1">
        <w:drawing>
          <wp:anchor distT="0" distB="0" distL="114300" distR="114300" simplePos="0" relativeHeight="251665408" behindDoc="1" locked="0" layoutInCell="1" allowOverlap="1" wp14:anchorId="600FD3FB" wp14:editId="038B0ADF">
            <wp:simplePos x="0" y="0"/>
            <wp:positionH relativeFrom="column">
              <wp:posOffset>4114800</wp:posOffset>
            </wp:positionH>
            <wp:positionV relativeFrom="paragraph">
              <wp:posOffset>50800</wp:posOffset>
            </wp:positionV>
            <wp:extent cx="1799590" cy="1799590"/>
            <wp:effectExtent l="19050" t="19050" r="10160" b="10160"/>
            <wp:wrapTight wrapText="bothSides">
              <wp:wrapPolygon edited="0">
                <wp:start x="-229" y="-229"/>
                <wp:lineTo x="-229" y="21493"/>
                <wp:lineTo x="21493" y="21493"/>
                <wp:lineTo x="21493" y="-229"/>
                <wp:lineTo x="-229" y="-229"/>
              </wp:wrapPolygon>
            </wp:wrapTight>
            <wp:docPr id="2136728763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6728763" name="Obraz 2136728763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  <a:prstDash val="solid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 w:rsidRPr="00F279F1">
        <w:rPr>
          <w:sz w:val="28"/>
          <w:szCs w:val="28"/>
        </w:rPr>
        <w:t>Możesz zgłosić działalność gospodarczą.</w:t>
      </w:r>
    </w:p>
    <w:p w14:paraId="2F50186D" w14:textId="3C20B625" w:rsidR="00696D3B" w:rsidRPr="00F279F1" w:rsidRDefault="00000000" w:rsidP="00C36F0A">
      <w:pPr>
        <w:pStyle w:val="Akapitzlist"/>
        <w:spacing w:after="160" w:line="480" w:lineRule="auto"/>
        <w:rPr>
          <w:sz w:val="28"/>
          <w:szCs w:val="28"/>
        </w:rPr>
      </w:pPr>
      <w:r w:rsidRPr="00F279F1">
        <w:rPr>
          <w:sz w:val="28"/>
          <w:szCs w:val="28"/>
        </w:rPr>
        <w:t>Działalność gospodarcza to Twoja firma.</w:t>
      </w:r>
    </w:p>
    <w:p w14:paraId="539554F6" w14:textId="77777777" w:rsidR="00C36F0A" w:rsidRPr="00F279F1" w:rsidRDefault="00000000" w:rsidP="00C36F0A">
      <w:pPr>
        <w:pStyle w:val="Akapitzlist"/>
        <w:numPr>
          <w:ilvl w:val="0"/>
          <w:numId w:val="12"/>
        </w:numPr>
        <w:spacing w:after="160" w:line="480" w:lineRule="auto"/>
        <w:rPr>
          <w:sz w:val="28"/>
          <w:szCs w:val="28"/>
        </w:rPr>
      </w:pPr>
      <w:r w:rsidRPr="00F279F1">
        <w:rPr>
          <w:sz w:val="28"/>
          <w:szCs w:val="28"/>
        </w:rPr>
        <w:t>Możesz zawiesić działalność gospodarczą.</w:t>
      </w:r>
    </w:p>
    <w:p w14:paraId="04934717" w14:textId="73670E1D" w:rsidR="00DF60BF" w:rsidRPr="00F279F1" w:rsidRDefault="00000000" w:rsidP="00C36F0A">
      <w:pPr>
        <w:pStyle w:val="Akapitzlist"/>
        <w:spacing w:after="160" w:line="480" w:lineRule="auto"/>
        <w:rPr>
          <w:sz w:val="28"/>
          <w:szCs w:val="28"/>
        </w:rPr>
      </w:pPr>
      <w:r w:rsidRPr="00F279F1">
        <w:rPr>
          <w:sz w:val="28"/>
          <w:szCs w:val="28"/>
        </w:rPr>
        <w:t>Zawieszenie działalności oznacza przerwę w prowadzeniu firmy.</w:t>
      </w:r>
    </w:p>
    <w:p w14:paraId="2FFDDE06" w14:textId="7BA2600A" w:rsidR="00696D3B" w:rsidRPr="00F279F1" w:rsidRDefault="00000000" w:rsidP="00C36F0A">
      <w:pPr>
        <w:pStyle w:val="Akapitzlist"/>
        <w:numPr>
          <w:ilvl w:val="0"/>
          <w:numId w:val="12"/>
        </w:numPr>
        <w:spacing w:before="0" w:after="160" w:line="480" w:lineRule="auto"/>
        <w:rPr>
          <w:sz w:val="28"/>
          <w:szCs w:val="28"/>
        </w:rPr>
      </w:pPr>
      <w:r w:rsidRPr="00F279F1">
        <w:rPr>
          <w:sz w:val="28"/>
          <w:szCs w:val="28"/>
        </w:rPr>
        <w:t>Możesz zamknąć działalność gospodarczą.</w:t>
      </w:r>
    </w:p>
    <w:p w14:paraId="375B18C4" w14:textId="49282F4A" w:rsidR="00696D3B" w:rsidRPr="00F279F1" w:rsidRDefault="00000000" w:rsidP="00122384">
      <w:pPr>
        <w:pStyle w:val="Nagwek3"/>
      </w:pPr>
      <w:r w:rsidRPr="00F279F1">
        <w:t>Śmieci i nieczystości ciekłe</w:t>
      </w:r>
    </w:p>
    <w:p w14:paraId="3CD1DA1D" w14:textId="25AAF915" w:rsidR="00696D3B" w:rsidRPr="00F279F1" w:rsidRDefault="00265BA1" w:rsidP="00C36F0A">
      <w:pPr>
        <w:pStyle w:val="Akapitzlist"/>
        <w:numPr>
          <w:ilvl w:val="0"/>
          <w:numId w:val="12"/>
        </w:numPr>
        <w:spacing w:after="160" w:line="480" w:lineRule="auto"/>
        <w:rPr>
          <w:sz w:val="28"/>
          <w:szCs w:val="28"/>
        </w:rPr>
      </w:pPr>
      <w:r w:rsidRPr="00F279F1">
        <w:drawing>
          <wp:anchor distT="0" distB="0" distL="114300" distR="114300" simplePos="0" relativeHeight="251666432" behindDoc="1" locked="0" layoutInCell="1" allowOverlap="1" wp14:anchorId="50C3F29F" wp14:editId="2B6F2690">
            <wp:simplePos x="0" y="0"/>
            <wp:positionH relativeFrom="column">
              <wp:posOffset>4114800</wp:posOffset>
            </wp:positionH>
            <wp:positionV relativeFrom="paragraph">
              <wp:posOffset>22225</wp:posOffset>
            </wp:positionV>
            <wp:extent cx="1799590" cy="1799590"/>
            <wp:effectExtent l="19050" t="19050" r="10160" b="10160"/>
            <wp:wrapTight wrapText="bothSides">
              <wp:wrapPolygon edited="0">
                <wp:start x="-229" y="-229"/>
                <wp:lineTo x="-229" y="21493"/>
                <wp:lineTo x="21493" y="21493"/>
                <wp:lineTo x="21493" y="-229"/>
                <wp:lineTo x="-229" y="-229"/>
              </wp:wrapPolygon>
            </wp:wrapTight>
            <wp:docPr id="459415118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415118" name="Obraz 459415118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  <a:prstDash val="solid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 w:rsidRPr="00F279F1">
        <w:rPr>
          <w:sz w:val="28"/>
          <w:szCs w:val="28"/>
        </w:rPr>
        <w:t>Możesz załatwić sprawy wywozu odpadów komunalnych.</w:t>
      </w:r>
    </w:p>
    <w:p w14:paraId="59A96C3E" w14:textId="77777777" w:rsidR="00696D3B" w:rsidRPr="00F279F1" w:rsidRDefault="00000000" w:rsidP="00C36F0A">
      <w:pPr>
        <w:pStyle w:val="Akapitzlist"/>
        <w:spacing w:after="160" w:line="480" w:lineRule="auto"/>
        <w:rPr>
          <w:sz w:val="28"/>
          <w:szCs w:val="28"/>
        </w:rPr>
      </w:pPr>
      <w:r w:rsidRPr="00F279F1">
        <w:rPr>
          <w:sz w:val="28"/>
          <w:szCs w:val="28"/>
        </w:rPr>
        <w:t>Odpady komunalne to śmieci z domów, mieszkań i firm.</w:t>
      </w:r>
    </w:p>
    <w:p w14:paraId="4FA04958" w14:textId="5BAF2B06" w:rsidR="00DF60BF" w:rsidRPr="00F279F1" w:rsidRDefault="00000000" w:rsidP="00C36F0A">
      <w:pPr>
        <w:pStyle w:val="Akapitzlist"/>
        <w:numPr>
          <w:ilvl w:val="0"/>
          <w:numId w:val="12"/>
        </w:numPr>
        <w:spacing w:after="160" w:line="480" w:lineRule="auto"/>
        <w:rPr>
          <w:sz w:val="28"/>
          <w:szCs w:val="28"/>
        </w:rPr>
      </w:pPr>
      <w:r w:rsidRPr="00F279F1">
        <w:rPr>
          <w:sz w:val="28"/>
          <w:szCs w:val="28"/>
        </w:rPr>
        <w:t>Możesz załatwić sprawy nieczystości ciekłych.</w:t>
      </w:r>
    </w:p>
    <w:p w14:paraId="0140467F" w14:textId="6A127E69" w:rsidR="00DF60BF" w:rsidRPr="00F279F1" w:rsidRDefault="00A23057" w:rsidP="00C36F0A">
      <w:pPr>
        <w:pStyle w:val="Akapitzlist"/>
        <w:spacing w:after="160" w:line="480" w:lineRule="auto"/>
        <w:rPr>
          <w:sz w:val="28"/>
          <w:szCs w:val="28"/>
        </w:rPr>
      </w:pPr>
      <w:r w:rsidRPr="00F279F1">
        <w:rPr>
          <w:sz w:val="28"/>
          <w:szCs w:val="28"/>
        </w:rPr>
        <w:drawing>
          <wp:anchor distT="0" distB="0" distL="114300" distR="114300" simplePos="0" relativeHeight="251667456" behindDoc="1" locked="0" layoutInCell="1" allowOverlap="1" wp14:anchorId="2DADBC77" wp14:editId="656C8EF8">
            <wp:simplePos x="0" y="0"/>
            <wp:positionH relativeFrom="column">
              <wp:posOffset>4114165</wp:posOffset>
            </wp:positionH>
            <wp:positionV relativeFrom="paragraph">
              <wp:posOffset>76200</wp:posOffset>
            </wp:positionV>
            <wp:extent cx="1799590" cy="1799590"/>
            <wp:effectExtent l="19050" t="19050" r="10160" b="10160"/>
            <wp:wrapTight wrapText="bothSides">
              <wp:wrapPolygon edited="0">
                <wp:start x="-229" y="-229"/>
                <wp:lineTo x="-229" y="21493"/>
                <wp:lineTo x="21493" y="21493"/>
                <wp:lineTo x="21493" y="-229"/>
                <wp:lineTo x="-229" y="-229"/>
              </wp:wrapPolygon>
            </wp:wrapTight>
            <wp:docPr id="166117094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1170940" name="Obraz 1661170940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  <a:prstDash val="solid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 w:rsidRPr="00F279F1">
        <w:rPr>
          <w:sz w:val="28"/>
          <w:szCs w:val="28"/>
        </w:rPr>
        <w:t>Nieczystości ciekłe to na przykład ścieki ze zbiornika bezodpływowego.</w:t>
      </w:r>
    </w:p>
    <w:p w14:paraId="025416C5" w14:textId="0D1F34FB" w:rsidR="00696D3B" w:rsidRPr="00F279F1" w:rsidRDefault="00000000" w:rsidP="00C36F0A">
      <w:pPr>
        <w:pStyle w:val="Akapitzlist"/>
        <w:spacing w:after="160" w:line="480" w:lineRule="auto"/>
        <w:rPr>
          <w:sz w:val="28"/>
          <w:szCs w:val="28"/>
        </w:rPr>
      </w:pPr>
      <w:r w:rsidRPr="00F279F1">
        <w:rPr>
          <w:sz w:val="28"/>
          <w:szCs w:val="28"/>
        </w:rPr>
        <w:t>Zbiornik bezodpływowy to szczelny zbiornik na ścieki.</w:t>
      </w:r>
    </w:p>
    <w:p w14:paraId="24FF8799" w14:textId="77777777" w:rsidR="00A23057" w:rsidRPr="00F279F1" w:rsidRDefault="00A23057">
      <w:pPr>
        <w:rPr>
          <w:rFonts w:eastAsiaTheme="majorEastAsia" w:cstheme="majorBidi"/>
          <w:b/>
          <w:bCs/>
          <w:color w:val="000000" w:themeColor="text1"/>
        </w:rPr>
      </w:pPr>
      <w:r w:rsidRPr="00F279F1">
        <w:br w:type="page"/>
      </w:r>
    </w:p>
    <w:p w14:paraId="1015D310" w14:textId="79DAA7CE" w:rsidR="00696D3B" w:rsidRPr="00F279F1" w:rsidRDefault="00A23057" w:rsidP="00122384">
      <w:pPr>
        <w:pStyle w:val="Nagwek3"/>
      </w:pPr>
      <w:r w:rsidRPr="00F279F1">
        <w:drawing>
          <wp:anchor distT="0" distB="0" distL="114300" distR="114300" simplePos="0" relativeHeight="251668480" behindDoc="1" locked="0" layoutInCell="1" allowOverlap="1" wp14:anchorId="673ADF21" wp14:editId="6F367E74">
            <wp:simplePos x="0" y="0"/>
            <wp:positionH relativeFrom="column">
              <wp:posOffset>4114800</wp:posOffset>
            </wp:positionH>
            <wp:positionV relativeFrom="paragraph">
              <wp:posOffset>19050</wp:posOffset>
            </wp:positionV>
            <wp:extent cx="1799590" cy="1799590"/>
            <wp:effectExtent l="19050" t="19050" r="10160" b="10160"/>
            <wp:wrapTight wrapText="bothSides">
              <wp:wrapPolygon edited="0">
                <wp:start x="-229" y="-229"/>
                <wp:lineTo x="-229" y="21493"/>
                <wp:lineTo x="21493" y="21493"/>
                <wp:lineTo x="21493" y="-229"/>
                <wp:lineTo x="-229" y="-229"/>
              </wp:wrapPolygon>
            </wp:wrapTight>
            <wp:docPr id="1271784862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784862" name="Obraz 1271784862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  <a:prstDash val="solid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 w:rsidRPr="00F279F1">
        <w:t>Drzewa i środowisko</w:t>
      </w:r>
    </w:p>
    <w:p w14:paraId="5827A244" w14:textId="77777777" w:rsidR="00DF60BF" w:rsidRPr="00F279F1" w:rsidRDefault="00000000" w:rsidP="00C36F0A">
      <w:pPr>
        <w:pStyle w:val="Akapitzlist"/>
        <w:numPr>
          <w:ilvl w:val="0"/>
          <w:numId w:val="12"/>
        </w:numPr>
        <w:spacing w:after="160" w:line="480" w:lineRule="auto"/>
        <w:rPr>
          <w:sz w:val="28"/>
          <w:szCs w:val="28"/>
        </w:rPr>
      </w:pPr>
      <w:r w:rsidRPr="00F279F1">
        <w:rPr>
          <w:sz w:val="28"/>
          <w:szCs w:val="28"/>
        </w:rPr>
        <w:t>Możesz zgłosić zamiar usunięcia drzewa.</w:t>
      </w:r>
    </w:p>
    <w:p w14:paraId="6331C624" w14:textId="77777777" w:rsidR="00DF60BF" w:rsidRPr="00F279F1" w:rsidRDefault="00000000" w:rsidP="00C36F0A">
      <w:pPr>
        <w:pStyle w:val="Akapitzlist"/>
        <w:spacing w:after="160" w:line="480" w:lineRule="auto"/>
        <w:rPr>
          <w:sz w:val="28"/>
          <w:szCs w:val="28"/>
        </w:rPr>
      </w:pPr>
      <w:r w:rsidRPr="00F279F1">
        <w:rPr>
          <w:sz w:val="28"/>
          <w:szCs w:val="28"/>
        </w:rPr>
        <w:t>Zamiar oznacza, że planujesz coś zrobić.</w:t>
      </w:r>
    </w:p>
    <w:p w14:paraId="2B3863B8" w14:textId="050CD998" w:rsidR="00696D3B" w:rsidRPr="00F279F1" w:rsidRDefault="00000000" w:rsidP="00A23057">
      <w:pPr>
        <w:pStyle w:val="Akapitzlist"/>
        <w:spacing w:after="480" w:line="480" w:lineRule="auto"/>
        <w:rPr>
          <w:sz w:val="28"/>
          <w:szCs w:val="28"/>
        </w:rPr>
      </w:pPr>
      <w:r w:rsidRPr="00F279F1">
        <w:rPr>
          <w:sz w:val="28"/>
          <w:szCs w:val="28"/>
        </w:rPr>
        <w:t>Usunięcie drzewa często trzeba wcześniej zgłosić w Urzędzie.</w:t>
      </w:r>
    </w:p>
    <w:p w14:paraId="65665A33" w14:textId="7F151E6C" w:rsidR="00696D3B" w:rsidRPr="00F279F1" w:rsidRDefault="00000000" w:rsidP="00122384">
      <w:pPr>
        <w:pStyle w:val="Nagwek3"/>
      </w:pPr>
      <w:r w:rsidRPr="00F279F1">
        <w:t>Dom, działka i planowanie przestrzenne</w:t>
      </w:r>
    </w:p>
    <w:p w14:paraId="229F4F8A" w14:textId="7A665EED" w:rsidR="00696D3B" w:rsidRPr="00F279F1" w:rsidRDefault="00A23057" w:rsidP="00C36F0A">
      <w:pPr>
        <w:pStyle w:val="Akapitzlist"/>
        <w:numPr>
          <w:ilvl w:val="0"/>
          <w:numId w:val="12"/>
        </w:numPr>
        <w:spacing w:after="160" w:line="480" w:lineRule="auto"/>
        <w:rPr>
          <w:sz w:val="28"/>
          <w:szCs w:val="28"/>
        </w:rPr>
      </w:pPr>
      <w:r w:rsidRPr="00F279F1">
        <w:rPr>
          <w:sz w:val="28"/>
          <w:szCs w:val="28"/>
        </w:rPr>
        <w:drawing>
          <wp:anchor distT="0" distB="0" distL="114300" distR="114300" simplePos="0" relativeHeight="251670528" behindDoc="1" locked="0" layoutInCell="1" allowOverlap="1" wp14:anchorId="3CEF8D6F" wp14:editId="65BCC978">
            <wp:simplePos x="0" y="0"/>
            <wp:positionH relativeFrom="column">
              <wp:posOffset>4130040</wp:posOffset>
            </wp:positionH>
            <wp:positionV relativeFrom="paragraph">
              <wp:posOffset>191135</wp:posOffset>
            </wp:positionV>
            <wp:extent cx="1799590" cy="1799590"/>
            <wp:effectExtent l="19050" t="19050" r="10160" b="10160"/>
            <wp:wrapTight wrapText="bothSides">
              <wp:wrapPolygon edited="0">
                <wp:start x="-229" y="-229"/>
                <wp:lineTo x="-229" y="21493"/>
                <wp:lineTo x="21493" y="21493"/>
                <wp:lineTo x="21493" y="-229"/>
                <wp:lineTo x="-229" y="-229"/>
              </wp:wrapPolygon>
            </wp:wrapTight>
            <wp:docPr id="1425215046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215046" name="Obraz 1425215046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  <a:prstDash val="solid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 w:rsidRPr="00F279F1">
        <w:rPr>
          <w:sz w:val="28"/>
          <w:szCs w:val="28"/>
        </w:rPr>
        <w:t>Możesz otrzymać numer budynku.</w:t>
      </w:r>
    </w:p>
    <w:p w14:paraId="00F2BA26" w14:textId="38B26984" w:rsidR="00DF60BF" w:rsidRPr="00F279F1" w:rsidRDefault="00000000" w:rsidP="00C36F0A">
      <w:pPr>
        <w:pStyle w:val="Akapitzlist"/>
        <w:spacing w:after="160" w:line="480" w:lineRule="auto"/>
        <w:rPr>
          <w:sz w:val="28"/>
          <w:szCs w:val="28"/>
        </w:rPr>
      </w:pPr>
      <w:r w:rsidRPr="00F279F1">
        <w:rPr>
          <w:sz w:val="28"/>
          <w:szCs w:val="28"/>
        </w:rPr>
        <w:t>Numer budynku pomaga znaleźć adres domu albo innego budynku.</w:t>
      </w:r>
    </w:p>
    <w:p w14:paraId="037293B0" w14:textId="3CEAA56F" w:rsidR="00DF60BF" w:rsidRPr="00F279F1" w:rsidRDefault="00000000" w:rsidP="00C36F0A">
      <w:pPr>
        <w:pStyle w:val="Akapitzlist"/>
        <w:numPr>
          <w:ilvl w:val="0"/>
          <w:numId w:val="12"/>
        </w:numPr>
        <w:spacing w:after="160" w:line="480" w:lineRule="auto"/>
        <w:rPr>
          <w:sz w:val="28"/>
          <w:szCs w:val="28"/>
        </w:rPr>
      </w:pPr>
      <w:r w:rsidRPr="00F279F1">
        <w:rPr>
          <w:sz w:val="28"/>
          <w:szCs w:val="28"/>
        </w:rPr>
        <w:t>Możesz otrzymać dokumenty związane z planowaniem przestrzennym.</w:t>
      </w:r>
    </w:p>
    <w:p w14:paraId="028EF1CA" w14:textId="66F22F96" w:rsidR="00696D3B" w:rsidRPr="00F279F1" w:rsidRDefault="00000000" w:rsidP="00C36F0A">
      <w:pPr>
        <w:pStyle w:val="Akapitzlist"/>
        <w:spacing w:after="160" w:line="480" w:lineRule="auto"/>
        <w:rPr>
          <w:sz w:val="28"/>
          <w:szCs w:val="28"/>
        </w:rPr>
      </w:pPr>
      <w:r w:rsidRPr="00F279F1">
        <w:rPr>
          <w:sz w:val="28"/>
          <w:szCs w:val="28"/>
        </w:rPr>
        <w:t>Planowanie przestrzenne mówi, jak można korzystać z terenu.</w:t>
      </w:r>
    </w:p>
    <w:p w14:paraId="40DE96F1" w14:textId="683D143C" w:rsidR="00696D3B" w:rsidRPr="00F279F1" w:rsidRDefault="00A23057" w:rsidP="00C36F0A">
      <w:pPr>
        <w:pStyle w:val="Akapitzlist"/>
        <w:numPr>
          <w:ilvl w:val="0"/>
          <w:numId w:val="12"/>
        </w:numPr>
        <w:spacing w:after="160" w:line="480" w:lineRule="auto"/>
        <w:rPr>
          <w:sz w:val="28"/>
          <w:szCs w:val="28"/>
        </w:rPr>
      </w:pPr>
      <w:r w:rsidRPr="00F279F1">
        <w:drawing>
          <wp:anchor distT="0" distB="0" distL="114300" distR="114300" simplePos="0" relativeHeight="251669504" behindDoc="1" locked="0" layoutInCell="1" allowOverlap="1" wp14:anchorId="67C5FEB1" wp14:editId="17B8B941">
            <wp:simplePos x="0" y="0"/>
            <wp:positionH relativeFrom="column">
              <wp:posOffset>4129405</wp:posOffset>
            </wp:positionH>
            <wp:positionV relativeFrom="paragraph">
              <wp:posOffset>397510</wp:posOffset>
            </wp:positionV>
            <wp:extent cx="1799590" cy="1799590"/>
            <wp:effectExtent l="19050" t="19050" r="10160" b="10160"/>
            <wp:wrapTight wrapText="bothSides">
              <wp:wrapPolygon edited="0">
                <wp:start x="-229" y="-229"/>
                <wp:lineTo x="-229" y="21493"/>
                <wp:lineTo x="21493" y="21493"/>
                <wp:lineTo x="21493" y="-229"/>
                <wp:lineTo x="-229" y="-229"/>
              </wp:wrapPolygon>
            </wp:wrapTight>
            <wp:docPr id="137307949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307949" name="Obraz 137307949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  <a:prstDash val="solid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 w:rsidRPr="00F279F1">
        <w:rPr>
          <w:sz w:val="28"/>
          <w:szCs w:val="28"/>
        </w:rPr>
        <w:t>Możesz otrzymać wypis z miejscowego planu zagospodarowania przestrzennego.</w:t>
      </w:r>
    </w:p>
    <w:p w14:paraId="36517D1C" w14:textId="77777777" w:rsidR="00696D3B" w:rsidRPr="00F279F1" w:rsidRDefault="00000000" w:rsidP="00C36F0A">
      <w:pPr>
        <w:pStyle w:val="Akapitzlist"/>
        <w:spacing w:after="160" w:line="480" w:lineRule="auto"/>
        <w:rPr>
          <w:sz w:val="28"/>
          <w:szCs w:val="28"/>
        </w:rPr>
      </w:pPr>
      <w:r w:rsidRPr="00F279F1">
        <w:rPr>
          <w:sz w:val="28"/>
          <w:szCs w:val="28"/>
        </w:rPr>
        <w:t>Wypis to część dokumentu zapisana tekstem.</w:t>
      </w:r>
    </w:p>
    <w:p w14:paraId="5C341ED8" w14:textId="77777777" w:rsidR="00C36F0A" w:rsidRPr="00F279F1" w:rsidRDefault="00000000" w:rsidP="00C36F0A">
      <w:pPr>
        <w:pStyle w:val="Akapitzlist"/>
        <w:numPr>
          <w:ilvl w:val="0"/>
          <w:numId w:val="12"/>
        </w:numPr>
        <w:spacing w:after="160" w:line="480" w:lineRule="auto"/>
        <w:rPr>
          <w:sz w:val="28"/>
          <w:szCs w:val="28"/>
        </w:rPr>
      </w:pPr>
      <w:r w:rsidRPr="00F279F1">
        <w:rPr>
          <w:sz w:val="28"/>
          <w:szCs w:val="28"/>
        </w:rPr>
        <w:t>Możesz otrzymać wyrys z miejscowego planu zagospodarowania przestrzennego.</w:t>
      </w:r>
    </w:p>
    <w:p w14:paraId="0D0BE7F3" w14:textId="4E3B8397" w:rsidR="00696D3B" w:rsidRPr="00F279F1" w:rsidRDefault="00000000" w:rsidP="00C36F0A">
      <w:pPr>
        <w:pStyle w:val="Akapitzlist"/>
        <w:spacing w:after="160" w:line="480" w:lineRule="auto"/>
        <w:rPr>
          <w:sz w:val="28"/>
          <w:szCs w:val="28"/>
        </w:rPr>
      </w:pPr>
      <w:r w:rsidRPr="00F279F1">
        <w:rPr>
          <w:sz w:val="28"/>
          <w:szCs w:val="28"/>
        </w:rPr>
        <w:t>Wyrys to część mapy z planu.</w:t>
      </w:r>
    </w:p>
    <w:p w14:paraId="2940AE1F" w14:textId="3544D448" w:rsidR="00696D3B" w:rsidRPr="00F279F1" w:rsidRDefault="00000000" w:rsidP="00122384">
      <w:pPr>
        <w:pStyle w:val="Nagwek3"/>
      </w:pPr>
      <w:r w:rsidRPr="00F279F1">
        <w:t>Miejscowy plan i rewitalizacja</w:t>
      </w:r>
    </w:p>
    <w:p w14:paraId="31649B67" w14:textId="2C90A287" w:rsidR="00696D3B" w:rsidRPr="00F279F1" w:rsidRDefault="00A23057" w:rsidP="00122384">
      <w:pPr>
        <w:spacing w:line="480" w:lineRule="auto"/>
        <w:ind w:left="720"/>
        <w:rPr>
          <w:sz w:val="28"/>
          <w:szCs w:val="28"/>
        </w:rPr>
      </w:pPr>
      <w:r w:rsidRPr="00F279F1">
        <w:drawing>
          <wp:anchor distT="0" distB="0" distL="114300" distR="114300" simplePos="0" relativeHeight="251671552" behindDoc="1" locked="0" layoutInCell="1" allowOverlap="1" wp14:anchorId="2222563F" wp14:editId="050CE8FB">
            <wp:simplePos x="0" y="0"/>
            <wp:positionH relativeFrom="column">
              <wp:posOffset>4114800</wp:posOffset>
            </wp:positionH>
            <wp:positionV relativeFrom="paragraph">
              <wp:posOffset>763270</wp:posOffset>
            </wp:positionV>
            <wp:extent cx="1799590" cy="1799590"/>
            <wp:effectExtent l="19050" t="19050" r="10160" b="10160"/>
            <wp:wrapTight wrapText="bothSides">
              <wp:wrapPolygon edited="0">
                <wp:start x="-229" y="-229"/>
                <wp:lineTo x="-229" y="21493"/>
                <wp:lineTo x="21493" y="21493"/>
                <wp:lineTo x="21493" y="-229"/>
                <wp:lineTo x="-229" y="-229"/>
              </wp:wrapPolygon>
            </wp:wrapTight>
            <wp:docPr id="1645949852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949852" name="Obraz 1645949852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  <a:prstDash val="solid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 w:rsidRPr="00F279F1">
        <w:rPr>
          <w:sz w:val="28"/>
          <w:szCs w:val="28"/>
        </w:rPr>
        <w:t>Miejscowy plan zagospodarowania przestrzennego mówi, co można budować na danym terenie.</w:t>
      </w:r>
    </w:p>
    <w:p w14:paraId="7BAA8479" w14:textId="77777777" w:rsidR="00696D3B" w:rsidRPr="00F279F1" w:rsidRDefault="00000000" w:rsidP="00122384">
      <w:pPr>
        <w:spacing w:line="480" w:lineRule="auto"/>
        <w:ind w:left="720"/>
        <w:rPr>
          <w:sz w:val="28"/>
          <w:szCs w:val="28"/>
        </w:rPr>
      </w:pPr>
      <w:r w:rsidRPr="00F279F1">
        <w:rPr>
          <w:sz w:val="28"/>
          <w:szCs w:val="28"/>
        </w:rPr>
        <w:t>Taki plan może też mówić, do czego można używać działki.</w:t>
      </w:r>
    </w:p>
    <w:p w14:paraId="57A90FCA" w14:textId="77777777" w:rsidR="00696D3B" w:rsidRPr="00F279F1" w:rsidRDefault="00000000" w:rsidP="00122384">
      <w:pPr>
        <w:pStyle w:val="Akapitzlist"/>
        <w:numPr>
          <w:ilvl w:val="0"/>
          <w:numId w:val="12"/>
        </w:numPr>
        <w:spacing w:after="160" w:line="480" w:lineRule="auto"/>
        <w:rPr>
          <w:sz w:val="28"/>
          <w:szCs w:val="28"/>
        </w:rPr>
      </w:pPr>
      <w:r w:rsidRPr="00F279F1">
        <w:rPr>
          <w:sz w:val="28"/>
          <w:szCs w:val="28"/>
        </w:rPr>
        <w:t>Możesz otrzymać zaświadczenie o rewitalizacji.</w:t>
      </w:r>
    </w:p>
    <w:p w14:paraId="0BCF9FB6" w14:textId="77777777" w:rsidR="00696D3B" w:rsidRPr="00F279F1" w:rsidRDefault="00000000" w:rsidP="00122384">
      <w:pPr>
        <w:spacing w:line="480" w:lineRule="auto"/>
        <w:ind w:left="720"/>
        <w:rPr>
          <w:sz w:val="28"/>
          <w:szCs w:val="28"/>
        </w:rPr>
      </w:pPr>
      <w:r w:rsidRPr="00F279F1">
        <w:rPr>
          <w:sz w:val="28"/>
          <w:szCs w:val="28"/>
        </w:rPr>
        <w:t>Zaświadczenie to oficjalne potwierdzenie z Urzędu.</w:t>
      </w:r>
    </w:p>
    <w:p w14:paraId="372ECF1A" w14:textId="77777777" w:rsidR="00696D3B" w:rsidRPr="00F279F1" w:rsidRDefault="00000000" w:rsidP="00122384">
      <w:pPr>
        <w:spacing w:line="480" w:lineRule="auto"/>
        <w:ind w:left="720"/>
        <w:rPr>
          <w:sz w:val="28"/>
          <w:szCs w:val="28"/>
        </w:rPr>
      </w:pPr>
      <w:r w:rsidRPr="00F279F1">
        <w:rPr>
          <w:sz w:val="28"/>
          <w:szCs w:val="28"/>
        </w:rPr>
        <w:t>Rewitalizacja to działania, które mają poprawić ważną część miasta albo gminy.</w:t>
      </w:r>
    </w:p>
    <w:p w14:paraId="3E1B0336" w14:textId="16D0346E" w:rsidR="00696D3B" w:rsidRPr="00F279F1" w:rsidRDefault="00000000" w:rsidP="00122384">
      <w:pPr>
        <w:spacing w:line="480" w:lineRule="auto"/>
        <w:ind w:left="720"/>
        <w:rPr>
          <w:sz w:val="28"/>
          <w:szCs w:val="28"/>
        </w:rPr>
      </w:pPr>
      <w:r w:rsidRPr="00F279F1">
        <w:rPr>
          <w:sz w:val="28"/>
          <w:szCs w:val="28"/>
        </w:rPr>
        <w:t>Może to być na przykład odnowienie budynków, ulic albo przestrzeni dla mieszkańców.</w:t>
      </w:r>
    </w:p>
    <w:p w14:paraId="7F8D3AEE" w14:textId="529E1A0F" w:rsidR="00696D3B" w:rsidRPr="00F279F1" w:rsidRDefault="00A23057" w:rsidP="00122384">
      <w:pPr>
        <w:pStyle w:val="Nagwek3"/>
      </w:pPr>
      <w:r w:rsidRPr="00F279F1">
        <w:drawing>
          <wp:anchor distT="0" distB="0" distL="114300" distR="114300" simplePos="0" relativeHeight="251672576" behindDoc="1" locked="0" layoutInCell="1" allowOverlap="1" wp14:anchorId="32A9DCC8" wp14:editId="084C559E">
            <wp:simplePos x="0" y="0"/>
            <wp:positionH relativeFrom="column">
              <wp:posOffset>4126230</wp:posOffset>
            </wp:positionH>
            <wp:positionV relativeFrom="paragraph">
              <wp:posOffset>227965</wp:posOffset>
            </wp:positionV>
            <wp:extent cx="1799590" cy="1799590"/>
            <wp:effectExtent l="19050" t="19050" r="10160" b="10160"/>
            <wp:wrapTight wrapText="bothSides">
              <wp:wrapPolygon edited="0">
                <wp:start x="-229" y="-229"/>
                <wp:lineTo x="-229" y="21493"/>
                <wp:lineTo x="21493" y="21493"/>
                <wp:lineTo x="21493" y="-229"/>
                <wp:lineTo x="-229" y="-229"/>
              </wp:wrapPolygon>
            </wp:wrapTight>
            <wp:docPr id="1005687102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687102" name="Obraz 1005687102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  <a:prstDash val="solid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 w:rsidRPr="00F279F1">
        <w:t>Mieszkania komunalne</w:t>
      </w:r>
    </w:p>
    <w:p w14:paraId="681ABB9D" w14:textId="7395CA9C" w:rsidR="00696D3B" w:rsidRPr="00F279F1" w:rsidRDefault="00000000" w:rsidP="00122384">
      <w:pPr>
        <w:pStyle w:val="Akapitzlist"/>
        <w:numPr>
          <w:ilvl w:val="0"/>
          <w:numId w:val="22"/>
        </w:numPr>
        <w:spacing w:after="160" w:line="480" w:lineRule="auto"/>
        <w:rPr>
          <w:sz w:val="28"/>
          <w:szCs w:val="28"/>
        </w:rPr>
      </w:pPr>
      <w:r w:rsidRPr="00F279F1">
        <w:rPr>
          <w:sz w:val="28"/>
          <w:szCs w:val="28"/>
        </w:rPr>
        <w:t>Możesz złożyć wniosek o przydział mieszkania komunalnego.</w:t>
      </w:r>
    </w:p>
    <w:p w14:paraId="649C5950" w14:textId="77777777" w:rsidR="00696D3B" w:rsidRPr="00F279F1" w:rsidRDefault="00000000" w:rsidP="00122384">
      <w:pPr>
        <w:spacing w:line="480" w:lineRule="auto"/>
        <w:ind w:left="587"/>
        <w:rPr>
          <w:sz w:val="28"/>
          <w:szCs w:val="28"/>
        </w:rPr>
      </w:pPr>
      <w:r w:rsidRPr="00F279F1">
        <w:rPr>
          <w:sz w:val="28"/>
          <w:szCs w:val="28"/>
        </w:rPr>
        <w:t>Wniosek to pismo, w którym prosisz Urząd o załatwienie sprawy.</w:t>
      </w:r>
    </w:p>
    <w:p w14:paraId="5D1B45C0" w14:textId="77777777" w:rsidR="00696D3B" w:rsidRPr="00F279F1" w:rsidRDefault="00000000" w:rsidP="00122384">
      <w:pPr>
        <w:spacing w:line="480" w:lineRule="auto"/>
        <w:ind w:left="587"/>
        <w:rPr>
          <w:sz w:val="28"/>
          <w:szCs w:val="28"/>
        </w:rPr>
      </w:pPr>
      <w:r w:rsidRPr="00F279F1">
        <w:rPr>
          <w:sz w:val="28"/>
          <w:szCs w:val="28"/>
        </w:rPr>
        <w:t>Mieszkanie komunalne to mieszkanie należące do gminy.</w:t>
      </w:r>
    </w:p>
    <w:p w14:paraId="7A4FC1F8" w14:textId="77777777" w:rsidR="00696D3B" w:rsidRPr="00F279F1" w:rsidRDefault="00000000" w:rsidP="00122384">
      <w:pPr>
        <w:spacing w:line="480" w:lineRule="auto"/>
        <w:ind w:left="587"/>
        <w:rPr>
          <w:sz w:val="28"/>
          <w:szCs w:val="28"/>
        </w:rPr>
      </w:pPr>
      <w:r w:rsidRPr="00F279F1">
        <w:rPr>
          <w:sz w:val="28"/>
          <w:szCs w:val="28"/>
        </w:rPr>
        <w:t>Gmina może przydzielić takie mieszkanie osobom, które spełniają określone warunki.</w:t>
      </w:r>
    </w:p>
    <w:p w14:paraId="573EA537" w14:textId="0F14F62F" w:rsidR="00696D3B" w:rsidRPr="00F279F1" w:rsidRDefault="00000000" w:rsidP="00122384">
      <w:pPr>
        <w:pStyle w:val="Nagwek3"/>
      </w:pPr>
      <w:r w:rsidRPr="00F279F1">
        <w:t>Drogi i pas drogowy</w:t>
      </w:r>
    </w:p>
    <w:p w14:paraId="19551556" w14:textId="3235235F" w:rsidR="00696D3B" w:rsidRPr="00F279F1" w:rsidRDefault="00A23057" w:rsidP="00122384">
      <w:pPr>
        <w:pStyle w:val="Akapitzlist"/>
        <w:numPr>
          <w:ilvl w:val="0"/>
          <w:numId w:val="22"/>
        </w:numPr>
        <w:spacing w:after="160" w:line="480" w:lineRule="auto"/>
        <w:rPr>
          <w:sz w:val="28"/>
          <w:szCs w:val="28"/>
        </w:rPr>
      </w:pPr>
      <w:r w:rsidRPr="00F279F1">
        <w:drawing>
          <wp:anchor distT="0" distB="0" distL="114300" distR="114300" simplePos="0" relativeHeight="251673600" behindDoc="1" locked="0" layoutInCell="1" allowOverlap="1" wp14:anchorId="1794337D" wp14:editId="50836477">
            <wp:simplePos x="0" y="0"/>
            <wp:positionH relativeFrom="column">
              <wp:posOffset>4114800</wp:posOffset>
            </wp:positionH>
            <wp:positionV relativeFrom="paragraph">
              <wp:posOffset>82550</wp:posOffset>
            </wp:positionV>
            <wp:extent cx="1799590" cy="1799590"/>
            <wp:effectExtent l="19050" t="19050" r="10160" b="10160"/>
            <wp:wrapTight wrapText="bothSides">
              <wp:wrapPolygon edited="0">
                <wp:start x="-229" y="-229"/>
                <wp:lineTo x="-229" y="21493"/>
                <wp:lineTo x="21493" y="21493"/>
                <wp:lineTo x="21493" y="-229"/>
                <wp:lineTo x="-229" y="-229"/>
              </wp:wrapPolygon>
            </wp:wrapTight>
            <wp:docPr id="847879899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879899" name="Obraz 847879899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  <a:prstDash val="solid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 w:rsidRPr="00F279F1">
        <w:rPr>
          <w:sz w:val="28"/>
          <w:szCs w:val="28"/>
        </w:rPr>
        <w:t>Możesz otrzymać zezwolenie na zajęcie pasa drogowego.</w:t>
      </w:r>
    </w:p>
    <w:p w14:paraId="70203C5C" w14:textId="77777777" w:rsidR="00696D3B" w:rsidRPr="00F279F1" w:rsidRDefault="00000000" w:rsidP="00122384">
      <w:pPr>
        <w:spacing w:line="480" w:lineRule="auto"/>
        <w:ind w:left="587"/>
        <w:rPr>
          <w:sz w:val="28"/>
          <w:szCs w:val="28"/>
        </w:rPr>
      </w:pPr>
      <w:r w:rsidRPr="00F279F1">
        <w:rPr>
          <w:sz w:val="28"/>
          <w:szCs w:val="28"/>
        </w:rPr>
        <w:t>Pas drogowy to droga, chodnik i teren obok drogi.</w:t>
      </w:r>
    </w:p>
    <w:p w14:paraId="1FB89780" w14:textId="77777777" w:rsidR="00696D3B" w:rsidRPr="00F279F1" w:rsidRDefault="00000000" w:rsidP="00122384">
      <w:pPr>
        <w:spacing w:line="480" w:lineRule="auto"/>
        <w:ind w:left="587"/>
        <w:rPr>
          <w:sz w:val="28"/>
          <w:szCs w:val="28"/>
        </w:rPr>
      </w:pPr>
      <w:r w:rsidRPr="00F279F1">
        <w:rPr>
          <w:sz w:val="28"/>
          <w:szCs w:val="28"/>
        </w:rPr>
        <w:t>Zajęcie pasa drogowego oznacza korzystanie z tego miejsca przez jakiś czas.</w:t>
      </w:r>
    </w:p>
    <w:p w14:paraId="0B797EC5" w14:textId="06B310CA" w:rsidR="00696D3B" w:rsidRPr="00F279F1" w:rsidRDefault="00000000" w:rsidP="00122384">
      <w:pPr>
        <w:pStyle w:val="Akapitzlist"/>
        <w:numPr>
          <w:ilvl w:val="0"/>
          <w:numId w:val="22"/>
        </w:numPr>
        <w:spacing w:after="160" w:line="480" w:lineRule="auto"/>
        <w:rPr>
          <w:sz w:val="28"/>
          <w:szCs w:val="28"/>
        </w:rPr>
      </w:pPr>
      <w:r w:rsidRPr="00F279F1">
        <w:rPr>
          <w:sz w:val="28"/>
          <w:szCs w:val="28"/>
        </w:rPr>
        <w:t>Może to być potrzebne na przykład podczas remontu.</w:t>
      </w:r>
    </w:p>
    <w:p w14:paraId="73EEDE8B" w14:textId="3F13FC4B" w:rsidR="00696D3B" w:rsidRPr="00F279F1" w:rsidRDefault="00000000" w:rsidP="00122384">
      <w:pPr>
        <w:pStyle w:val="Nagwek3"/>
      </w:pPr>
      <w:r w:rsidRPr="00F279F1">
        <w:t>Urządzenia, zjazdy i reklamy przy drodze</w:t>
      </w:r>
    </w:p>
    <w:p w14:paraId="2DDC82CB" w14:textId="7CC299CA" w:rsidR="00696D3B" w:rsidRPr="00F279F1" w:rsidRDefault="00A23057" w:rsidP="00122384">
      <w:pPr>
        <w:pStyle w:val="Akapitzlist"/>
        <w:numPr>
          <w:ilvl w:val="0"/>
          <w:numId w:val="22"/>
        </w:numPr>
        <w:spacing w:after="160" w:line="480" w:lineRule="auto"/>
        <w:rPr>
          <w:sz w:val="28"/>
          <w:szCs w:val="28"/>
        </w:rPr>
      </w:pPr>
      <w:r w:rsidRPr="00F279F1">
        <w:drawing>
          <wp:anchor distT="0" distB="0" distL="114300" distR="114300" simplePos="0" relativeHeight="251674624" behindDoc="1" locked="0" layoutInCell="1" allowOverlap="1" wp14:anchorId="1FDC74CF" wp14:editId="39656DB7">
            <wp:simplePos x="0" y="0"/>
            <wp:positionH relativeFrom="column">
              <wp:posOffset>4114165</wp:posOffset>
            </wp:positionH>
            <wp:positionV relativeFrom="paragraph">
              <wp:posOffset>89535</wp:posOffset>
            </wp:positionV>
            <wp:extent cx="1799590" cy="1799590"/>
            <wp:effectExtent l="19050" t="19050" r="10160" b="10160"/>
            <wp:wrapTight wrapText="bothSides">
              <wp:wrapPolygon edited="0">
                <wp:start x="-229" y="-229"/>
                <wp:lineTo x="-229" y="21493"/>
                <wp:lineTo x="21493" y="21493"/>
                <wp:lineTo x="21493" y="-229"/>
                <wp:lineTo x="-229" y="-229"/>
              </wp:wrapPolygon>
            </wp:wrapTight>
            <wp:docPr id="60483510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83510" name="Obraz 60483510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  <a:prstDash val="solid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 w:rsidRPr="00F279F1">
        <w:rPr>
          <w:sz w:val="28"/>
          <w:szCs w:val="28"/>
        </w:rPr>
        <w:t>Możesz otrzymać warunki na lokalizację urządzeń obcych w pasie drogowym.</w:t>
      </w:r>
    </w:p>
    <w:p w14:paraId="7F9268CE" w14:textId="77777777" w:rsidR="00696D3B" w:rsidRPr="00F279F1" w:rsidRDefault="00000000" w:rsidP="00122384">
      <w:pPr>
        <w:pStyle w:val="Akapitzlist"/>
        <w:spacing w:after="160" w:line="480" w:lineRule="auto"/>
        <w:ind w:left="587"/>
        <w:rPr>
          <w:sz w:val="28"/>
          <w:szCs w:val="28"/>
        </w:rPr>
      </w:pPr>
      <w:r w:rsidRPr="00F279F1">
        <w:rPr>
          <w:sz w:val="28"/>
          <w:szCs w:val="28"/>
        </w:rPr>
        <w:t>Urządzenie obce to urządzenie, które nie jest częścią drogi.</w:t>
      </w:r>
    </w:p>
    <w:p w14:paraId="2ECB967B" w14:textId="77777777" w:rsidR="00696D3B" w:rsidRPr="00F279F1" w:rsidRDefault="00000000" w:rsidP="00122384">
      <w:pPr>
        <w:pStyle w:val="Akapitzlist"/>
        <w:spacing w:after="160" w:line="480" w:lineRule="auto"/>
        <w:ind w:left="587"/>
        <w:rPr>
          <w:sz w:val="28"/>
          <w:szCs w:val="28"/>
        </w:rPr>
      </w:pPr>
      <w:r w:rsidRPr="00F279F1">
        <w:rPr>
          <w:sz w:val="28"/>
          <w:szCs w:val="28"/>
        </w:rPr>
        <w:t>Może to być na przykład kabel albo rura.</w:t>
      </w:r>
    </w:p>
    <w:p w14:paraId="5358B909" w14:textId="14525A41" w:rsidR="00696D3B" w:rsidRPr="00F279F1" w:rsidRDefault="00000000" w:rsidP="00122384">
      <w:pPr>
        <w:pStyle w:val="Akapitzlist"/>
        <w:numPr>
          <w:ilvl w:val="0"/>
          <w:numId w:val="22"/>
        </w:numPr>
        <w:spacing w:after="160" w:line="480" w:lineRule="auto"/>
        <w:rPr>
          <w:sz w:val="28"/>
          <w:szCs w:val="28"/>
        </w:rPr>
      </w:pPr>
      <w:r w:rsidRPr="00F279F1">
        <w:rPr>
          <w:sz w:val="28"/>
          <w:szCs w:val="28"/>
        </w:rPr>
        <w:t>Możesz otrzymać warunki na lokalizację zjazdu.</w:t>
      </w:r>
    </w:p>
    <w:p w14:paraId="0DBF6BA2" w14:textId="524FF140" w:rsidR="00696D3B" w:rsidRPr="00F279F1" w:rsidRDefault="00265BA1" w:rsidP="00122384">
      <w:pPr>
        <w:spacing w:after="160" w:line="480" w:lineRule="auto"/>
        <w:ind w:left="587"/>
        <w:rPr>
          <w:sz w:val="28"/>
          <w:szCs w:val="28"/>
        </w:rPr>
      </w:pPr>
      <w:r w:rsidRPr="00F279F1">
        <w:rPr>
          <w:sz w:val="28"/>
          <w:szCs w:val="28"/>
        </w:rPr>
        <w:drawing>
          <wp:anchor distT="0" distB="0" distL="114300" distR="114300" simplePos="0" relativeHeight="251676672" behindDoc="1" locked="0" layoutInCell="1" allowOverlap="1" wp14:anchorId="20285C94" wp14:editId="2CD173D8">
            <wp:simplePos x="0" y="0"/>
            <wp:positionH relativeFrom="column">
              <wp:posOffset>4114800</wp:posOffset>
            </wp:positionH>
            <wp:positionV relativeFrom="paragraph">
              <wp:posOffset>114935</wp:posOffset>
            </wp:positionV>
            <wp:extent cx="1799590" cy="1799590"/>
            <wp:effectExtent l="19050" t="19050" r="10160" b="10160"/>
            <wp:wrapTight wrapText="bothSides">
              <wp:wrapPolygon edited="0">
                <wp:start x="-229" y="-229"/>
                <wp:lineTo x="-229" y="21493"/>
                <wp:lineTo x="21493" y="21493"/>
                <wp:lineTo x="21493" y="-229"/>
                <wp:lineTo x="-229" y="-229"/>
              </wp:wrapPolygon>
            </wp:wrapTight>
            <wp:docPr id="890544870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544870" name="Obraz 890544870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  <a:prstDash val="solid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 w:rsidRPr="00F279F1">
        <w:rPr>
          <w:sz w:val="28"/>
          <w:szCs w:val="28"/>
        </w:rPr>
        <w:t>Zjazd to miejsce, którym wjeżdżasz z drogi na działkę.</w:t>
      </w:r>
    </w:p>
    <w:p w14:paraId="0390E5C5" w14:textId="21C3097E" w:rsidR="00696D3B" w:rsidRPr="00F279F1" w:rsidRDefault="00000000" w:rsidP="00122384">
      <w:pPr>
        <w:pStyle w:val="Akapitzlist"/>
        <w:numPr>
          <w:ilvl w:val="0"/>
          <w:numId w:val="22"/>
        </w:numPr>
        <w:spacing w:after="160" w:line="480" w:lineRule="auto"/>
        <w:rPr>
          <w:sz w:val="28"/>
          <w:szCs w:val="28"/>
        </w:rPr>
      </w:pPr>
      <w:r w:rsidRPr="00F279F1">
        <w:rPr>
          <w:sz w:val="28"/>
          <w:szCs w:val="28"/>
        </w:rPr>
        <w:t>Możesz otrzymać warunki na lokalizację reklamy w pasie drogowym.</w:t>
      </w:r>
    </w:p>
    <w:p w14:paraId="5E56DDAD" w14:textId="24E18752" w:rsidR="00696D3B" w:rsidRPr="00F279F1" w:rsidRDefault="00000000" w:rsidP="00122384">
      <w:pPr>
        <w:pStyle w:val="Akapitzlist"/>
        <w:spacing w:after="160" w:line="480" w:lineRule="auto"/>
        <w:ind w:left="587"/>
        <w:rPr>
          <w:sz w:val="28"/>
          <w:szCs w:val="28"/>
        </w:rPr>
      </w:pPr>
      <w:r w:rsidRPr="00F279F1">
        <w:rPr>
          <w:sz w:val="28"/>
          <w:szCs w:val="28"/>
        </w:rPr>
        <w:t>Reklama w pasie drogowym musi spełniać określone zasady.</w:t>
      </w:r>
    </w:p>
    <w:p w14:paraId="51D22F87" w14:textId="4BDE3BB0" w:rsidR="00696D3B" w:rsidRPr="00F279F1" w:rsidRDefault="00000000" w:rsidP="00122384">
      <w:pPr>
        <w:pStyle w:val="Nagwek2"/>
      </w:pPr>
      <w:r w:rsidRPr="00F279F1">
        <w:t>Kiedy pracuje Urząd?</w:t>
      </w:r>
    </w:p>
    <w:p w14:paraId="07763A3E" w14:textId="5D09552B" w:rsidR="00696D3B" w:rsidRPr="00F279F1" w:rsidRDefault="00000000" w:rsidP="00122384">
      <w:pPr>
        <w:spacing w:line="360" w:lineRule="auto"/>
        <w:rPr>
          <w:sz w:val="28"/>
          <w:szCs w:val="28"/>
        </w:rPr>
      </w:pPr>
      <w:r w:rsidRPr="00F279F1">
        <w:rPr>
          <w:sz w:val="28"/>
          <w:szCs w:val="28"/>
        </w:rPr>
        <w:t xml:space="preserve">Urząd jest otwarty </w:t>
      </w:r>
      <w:r w:rsidRPr="00F279F1">
        <w:rPr>
          <w:b/>
          <w:bCs/>
          <w:sz w:val="28"/>
          <w:szCs w:val="28"/>
        </w:rPr>
        <w:t>od poniedziałku do piątku</w:t>
      </w:r>
      <w:r w:rsidRPr="00F279F1">
        <w:rPr>
          <w:sz w:val="28"/>
          <w:szCs w:val="28"/>
        </w:rPr>
        <w:t>.</w:t>
      </w:r>
    </w:p>
    <w:p w14:paraId="5DA51B16" w14:textId="4A153873" w:rsidR="00696D3B" w:rsidRPr="00F279F1" w:rsidRDefault="00265BA1" w:rsidP="00122384">
      <w:pPr>
        <w:spacing w:line="360" w:lineRule="auto"/>
        <w:rPr>
          <w:sz w:val="28"/>
          <w:szCs w:val="28"/>
        </w:rPr>
      </w:pPr>
      <w:r w:rsidRPr="00F279F1">
        <w:drawing>
          <wp:anchor distT="0" distB="0" distL="114300" distR="114300" simplePos="0" relativeHeight="251675648" behindDoc="1" locked="0" layoutInCell="1" allowOverlap="1" wp14:anchorId="2F9481A1" wp14:editId="6DBA9746">
            <wp:simplePos x="0" y="0"/>
            <wp:positionH relativeFrom="column">
              <wp:posOffset>4114800</wp:posOffset>
            </wp:positionH>
            <wp:positionV relativeFrom="paragraph">
              <wp:posOffset>165735</wp:posOffset>
            </wp:positionV>
            <wp:extent cx="1799590" cy="1799590"/>
            <wp:effectExtent l="19050" t="19050" r="10160" b="10160"/>
            <wp:wrapTight wrapText="bothSides">
              <wp:wrapPolygon edited="0">
                <wp:start x="-229" y="-229"/>
                <wp:lineTo x="-229" y="21493"/>
                <wp:lineTo x="21493" y="21493"/>
                <wp:lineTo x="21493" y="-229"/>
                <wp:lineTo x="-229" y="-229"/>
              </wp:wrapPolygon>
            </wp:wrapTight>
            <wp:docPr id="926029020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029020" name="Obraz 926029020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  <a:prstDash val="solid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 w:rsidRPr="00F279F1">
        <w:rPr>
          <w:sz w:val="28"/>
          <w:szCs w:val="28"/>
        </w:rPr>
        <w:t xml:space="preserve">Urząd jest otwarty </w:t>
      </w:r>
      <w:r w:rsidR="00000000" w:rsidRPr="00F279F1">
        <w:rPr>
          <w:b/>
          <w:bCs/>
          <w:sz w:val="28"/>
          <w:szCs w:val="28"/>
        </w:rPr>
        <w:t>od godziny 8.00 do godziny 16.00</w:t>
      </w:r>
      <w:r w:rsidR="00000000" w:rsidRPr="00F279F1">
        <w:rPr>
          <w:sz w:val="28"/>
          <w:szCs w:val="28"/>
        </w:rPr>
        <w:t>.</w:t>
      </w:r>
    </w:p>
    <w:p w14:paraId="220D0E89" w14:textId="77777777" w:rsidR="00696D3B" w:rsidRPr="00F279F1" w:rsidRDefault="00000000" w:rsidP="00122384">
      <w:pPr>
        <w:spacing w:line="360" w:lineRule="auto"/>
        <w:rPr>
          <w:sz w:val="28"/>
          <w:szCs w:val="28"/>
        </w:rPr>
      </w:pPr>
      <w:r w:rsidRPr="00F279F1">
        <w:rPr>
          <w:sz w:val="28"/>
          <w:szCs w:val="28"/>
        </w:rPr>
        <w:t>W tych godzinach możesz przyjść do Urzędu.</w:t>
      </w:r>
    </w:p>
    <w:p w14:paraId="69F354B1" w14:textId="77777777" w:rsidR="00696D3B" w:rsidRPr="00F279F1" w:rsidRDefault="00000000" w:rsidP="00122384">
      <w:pPr>
        <w:spacing w:line="360" w:lineRule="auto"/>
        <w:rPr>
          <w:sz w:val="28"/>
          <w:szCs w:val="28"/>
        </w:rPr>
      </w:pPr>
      <w:r w:rsidRPr="00F279F1">
        <w:rPr>
          <w:sz w:val="28"/>
          <w:szCs w:val="28"/>
        </w:rPr>
        <w:t>W tych godzinach możesz zadzwonić do Urzędu.</w:t>
      </w:r>
    </w:p>
    <w:p w14:paraId="3704E99C" w14:textId="77777777" w:rsidR="00696D3B" w:rsidRPr="00F279F1" w:rsidRDefault="00000000" w:rsidP="00122384">
      <w:pPr>
        <w:pStyle w:val="Nagwek3"/>
      </w:pPr>
      <w:r w:rsidRPr="00F279F1">
        <w:t>Ważna informacja</w:t>
      </w:r>
    </w:p>
    <w:p w14:paraId="5282E14F" w14:textId="77777777" w:rsidR="00696D3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b/>
          <w:bCs/>
          <w:sz w:val="28"/>
          <w:szCs w:val="28"/>
        </w:rPr>
        <w:t>Wydział Ewidencji Ludności i Dowodów Osobistych</w:t>
      </w:r>
      <w:r w:rsidRPr="00F279F1">
        <w:rPr>
          <w:sz w:val="28"/>
          <w:szCs w:val="28"/>
        </w:rPr>
        <w:t xml:space="preserve"> pracuje </w:t>
      </w:r>
      <w:r w:rsidRPr="00F279F1">
        <w:rPr>
          <w:b/>
          <w:bCs/>
          <w:sz w:val="28"/>
          <w:szCs w:val="28"/>
        </w:rPr>
        <w:t>od poniedziałku do piątku</w:t>
      </w:r>
      <w:r w:rsidRPr="00F279F1">
        <w:rPr>
          <w:sz w:val="28"/>
          <w:szCs w:val="28"/>
        </w:rPr>
        <w:t>.</w:t>
      </w:r>
    </w:p>
    <w:p w14:paraId="020A7329" w14:textId="77777777" w:rsidR="00696D3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sz w:val="28"/>
          <w:szCs w:val="28"/>
        </w:rPr>
        <w:t xml:space="preserve">Ten wydział pracuje </w:t>
      </w:r>
      <w:r w:rsidRPr="00F279F1">
        <w:rPr>
          <w:b/>
          <w:bCs/>
          <w:sz w:val="28"/>
          <w:szCs w:val="28"/>
        </w:rPr>
        <w:t>od godziny 8.00 do godziny 15.00</w:t>
      </w:r>
      <w:r w:rsidRPr="00F279F1">
        <w:rPr>
          <w:sz w:val="28"/>
          <w:szCs w:val="28"/>
        </w:rPr>
        <w:t>.</w:t>
      </w:r>
    </w:p>
    <w:p w14:paraId="5D7A7607" w14:textId="4446AF32" w:rsidR="006228D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sz w:val="28"/>
          <w:szCs w:val="28"/>
        </w:rPr>
        <w:t xml:space="preserve">W tym wydziale załatwisz na przykład </w:t>
      </w:r>
      <w:r w:rsidRPr="00F279F1">
        <w:rPr>
          <w:b/>
          <w:bCs/>
          <w:sz w:val="28"/>
          <w:szCs w:val="28"/>
        </w:rPr>
        <w:t xml:space="preserve">sprawy </w:t>
      </w:r>
      <w:r w:rsidR="00C36F0A" w:rsidRPr="00F279F1">
        <w:rPr>
          <w:b/>
          <w:bCs/>
          <w:sz w:val="28"/>
          <w:szCs w:val="28"/>
        </w:rPr>
        <w:t>zamieszkania</w:t>
      </w:r>
      <w:r w:rsidRPr="00F279F1">
        <w:rPr>
          <w:b/>
          <w:bCs/>
          <w:sz w:val="28"/>
          <w:szCs w:val="28"/>
        </w:rPr>
        <w:t xml:space="preserve"> i dowodu osobistego</w:t>
      </w:r>
      <w:r w:rsidRPr="00F279F1">
        <w:rPr>
          <w:sz w:val="28"/>
          <w:szCs w:val="28"/>
        </w:rPr>
        <w:t>.</w:t>
      </w:r>
    </w:p>
    <w:p w14:paraId="712F7274" w14:textId="52F6CE3D" w:rsidR="00696D3B" w:rsidRPr="00F279F1" w:rsidRDefault="006228DB" w:rsidP="006228DB">
      <w:pPr>
        <w:rPr>
          <w:sz w:val="28"/>
          <w:szCs w:val="28"/>
        </w:rPr>
      </w:pPr>
      <w:r w:rsidRPr="00F279F1">
        <w:rPr>
          <w:sz w:val="28"/>
          <w:szCs w:val="28"/>
        </w:rPr>
        <w:br w:type="page"/>
      </w:r>
    </w:p>
    <w:p w14:paraId="3E0EC582" w14:textId="43C9E2E9" w:rsidR="00696D3B" w:rsidRPr="00F279F1" w:rsidRDefault="006228DB" w:rsidP="00122384">
      <w:pPr>
        <w:pStyle w:val="Nagwek2"/>
      </w:pPr>
      <w:r w:rsidRPr="00F279F1">
        <w:drawing>
          <wp:anchor distT="0" distB="0" distL="114300" distR="114300" simplePos="0" relativeHeight="251677696" behindDoc="1" locked="0" layoutInCell="1" allowOverlap="1" wp14:anchorId="15602D7E" wp14:editId="5D3A4F15">
            <wp:simplePos x="0" y="0"/>
            <wp:positionH relativeFrom="column">
              <wp:posOffset>4114800</wp:posOffset>
            </wp:positionH>
            <wp:positionV relativeFrom="paragraph">
              <wp:posOffset>19050</wp:posOffset>
            </wp:positionV>
            <wp:extent cx="1799590" cy="1799590"/>
            <wp:effectExtent l="19050" t="19050" r="10160" b="10160"/>
            <wp:wrapTight wrapText="bothSides">
              <wp:wrapPolygon edited="0">
                <wp:start x="-229" y="-229"/>
                <wp:lineTo x="-229" y="21493"/>
                <wp:lineTo x="21493" y="21493"/>
                <wp:lineTo x="21493" y="-229"/>
                <wp:lineTo x="-229" y="-229"/>
              </wp:wrapPolygon>
            </wp:wrapTight>
            <wp:docPr id="276383761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383761" name="Obraz 276383761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  <a:prstDash val="solid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 w:rsidRPr="00F279F1">
        <w:t>Jak możesz załatwić sprawę w Urzędzie?</w:t>
      </w:r>
    </w:p>
    <w:p w14:paraId="57BBD355" w14:textId="507669EC" w:rsidR="00696D3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sz w:val="28"/>
          <w:szCs w:val="28"/>
        </w:rPr>
        <w:t>Sprawę możesz załatwić na kilka sposobów.</w:t>
      </w:r>
      <w:r w:rsidR="006228DB" w:rsidRPr="00F279F1">
        <w:t xml:space="preserve"> </w:t>
      </w:r>
    </w:p>
    <w:p w14:paraId="3C22548E" w14:textId="44D7589C" w:rsidR="00696D3B" w:rsidRPr="00F279F1" w:rsidRDefault="00000000" w:rsidP="00A62447">
      <w:pPr>
        <w:spacing w:after="840" w:line="360" w:lineRule="auto"/>
        <w:rPr>
          <w:sz w:val="28"/>
          <w:szCs w:val="28"/>
        </w:rPr>
      </w:pPr>
      <w:r w:rsidRPr="00F279F1">
        <w:rPr>
          <w:sz w:val="28"/>
          <w:szCs w:val="28"/>
        </w:rPr>
        <w:t>Wybierz sposób, który jest dla Ciebie najlepszy.</w:t>
      </w:r>
    </w:p>
    <w:p w14:paraId="0C12AF3E" w14:textId="17320A53" w:rsidR="00696D3B" w:rsidRPr="00F279F1" w:rsidRDefault="00A62447" w:rsidP="00122384">
      <w:pPr>
        <w:pStyle w:val="Nagwek3"/>
      </w:pPr>
      <w:r w:rsidRPr="00F279F1">
        <w:drawing>
          <wp:anchor distT="0" distB="0" distL="114300" distR="114300" simplePos="0" relativeHeight="251678720" behindDoc="1" locked="0" layoutInCell="1" allowOverlap="1" wp14:anchorId="416273E9" wp14:editId="7CA05BC2">
            <wp:simplePos x="0" y="0"/>
            <wp:positionH relativeFrom="column">
              <wp:posOffset>4114800</wp:posOffset>
            </wp:positionH>
            <wp:positionV relativeFrom="paragraph">
              <wp:posOffset>104140</wp:posOffset>
            </wp:positionV>
            <wp:extent cx="1799590" cy="1799590"/>
            <wp:effectExtent l="19050" t="19050" r="10160" b="10160"/>
            <wp:wrapTight wrapText="bothSides">
              <wp:wrapPolygon edited="0">
                <wp:start x="-229" y="-229"/>
                <wp:lineTo x="-229" y="21493"/>
                <wp:lineTo x="21493" y="21493"/>
                <wp:lineTo x="21493" y="-229"/>
                <wp:lineTo x="-229" y="-229"/>
              </wp:wrapPolygon>
            </wp:wrapTight>
            <wp:docPr id="1161293586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1293586" name="Obraz 1161293586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  <a:prstDash val="solid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 w:rsidRPr="00F279F1">
        <w:t>Pocztą</w:t>
      </w:r>
    </w:p>
    <w:p w14:paraId="43D9A754" w14:textId="3A2ACE1D" w:rsidR="00696D3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sz w:val="28"/>
          <w:szCs w:val="28"/>
        </w:rPr>
        <w:t>Napisz pismo i wyślij pismo na adres:</w:t>
      </w:r>
    </w:p>
    <w:p w14:paraId="0FF51823" w14:textId="77777777" w:rsidR="00696D3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sz w:val="28"/>
          <w:szCs w:val="28"/>
        </w:rPr>
        <w:t>Urząd Miasta i Gminy w Kępnie</w:t>
      </w:r>
    </w:p>
    <w:p w14:paraId="7C8A6D05" w14:textId="0B0D339E" w:rsidR="00696D3B" w:rsidRPr="00F279F1" w:rsidRDefault="00000000" w:rsidP="00A62447">
      <w:pPr>
        <w:spacing w:after="840" w:line="360" w:lineRule="auto"/>
        <w:rPr>
          <w:sz w:val="28"/>
          <w:szCs w:val="28"/>
        </w:rPr>
      </w:pPr>
      <w:r w:rsidRPr="00F279F1">
        <w:rPr>
          <w:sz w:val="28"/>
          <w:szCs w:val="28"/>
        </w:rPr>
        <w:t>ulica Ratuszowa 1</w:t>
      </w:r>
      <w:r w:rsidR="00122384" w:rsidRPr="00F279F1">
        <w:rPr>
          <w:sz w:val="28"/>
          <w:szCs w:val="28"/>
        </w:rPr>
        <w:t xml:space="preserve">, </w:t>
      </w:r>
      <w:r w:rsidRPr="00F279F1">
        <w:rPr>
          <w:sz w:val="28"/>
          <w:szCs w:val="28"/>
        </w:rPr>
        <w:t>63-600 Kępno</w:t>
      </w:r>
    </w:p>
    <w:p w14:paraId="658563A8" w14:textId="7BE97A42" w:rsidR="00696D3B" w:rsidRPr="00F279F1" w:rsidRDefault="00B17623" w:rsidP="00122384">
      <w:pPr>
        <w:pStyle w:val="Nagwek3"/>
      </w:pPr>
      <w:r w:rsidRPr="00F279F1">
        <w:drawing>
          <wp:anchor distT="0" distB="0" distL="114300" distR="114300" simplePos="0" relativeHeight="251679744" behindDoc="1" locked="0" layoutInCell="1" allowOverlap="1" wp14:anchorId="4EE8CCF0" wp14:editId="11E54A55">
            <wp:simplePos x="0" y="0"/>
            <wp:positionH relativeFrom="column">
              <wp:posOffset>4114165</wp:posOffset>
            </wp:positionH>
            <wp:positionV relativeFrom="paragraph">
              <wp:posOffset>266700</wp:posOffset>
            </wp:positionV>
            <wp:extent cx="1799590" cy="1799590"/>
            <wp:effectExtent l="19050" t="19050" r="10160" b="10160"/>
            <wp:wrapTight wrapText="bothSides">
              <wp:wrapPolygon edited="0">
                <wp:start x="-229" y="-229"/>
                <wp:lineTo x="-229" y="21493"/>
                <wp:lineTo x="21493" y="21493"/>
                <wp:lineTo x="21493" y="-229"/>
                <wp:lineTo x="-229" y="-229"/>
              </wp:wrapPolygon>
            </wp:wrapTight>
            <wp:docPr id="1056378805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378805" name="Obraz 1056378805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  <a:prstDash val="solid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 w:rsidRPr="00F279F1">
        <w:t>Osobiście</w:t>
      </w:r>
    </w:p>
    <w:p w14:paraId="494D1433" w14:textId="77777777" w:rsidR="00696D3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sz w:val="28"/>
          <w:szCs w:val="28"/>
        </w:rPr>
        <w:t>Napisz pismo i przynieś pismo do Urzędu.</w:t>
      </w:r>
    </w:p>
    <w:p w14:paraId="2D0CBF25" w14:textId="77777777" w:rsidR="00696D3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sz w:val="28"/>
          <w:szCs w:val="28"/>
        </w:rPr>
        <w:t>Pismo możesz dostarczyć do Biura Obsługi Klienta.</w:t>
      </w:r>
    </w:p>
    <w:p w14:paraId="74A6C561" w14:textId="20C52180" w:rsidR="00696D3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sz w:val="28"/>
          <w:szCs w:val="28"/>
        </w:rPr>
        <w:t>Biuro Obsługi Klienta jest na parterze Urzędu.</w:t>
      </w:r>
    </w:p>
    <w:p w14:paraId="50DCADC6" w14:textId="77777777" w:rsidR="00122384" w:rsidRPr="00F279F1" w:rsidRDefault="00122384" w:rsidP="00122384">
      <w:pPr>
        <w:spacing w:line="360" w:lineRule="auto"/>
        <w:rPr>
          <w:sz w:val="28"/>
          <w:szCs w:val="28"/>
        </w:rPr>
      </w:pPr>
      <w:r w:rsidRPr="00F279F1">
        <w:rPr>
          <w:sz w:val="28"/>
          <w:szCs w:val="28"/>
        </w:rPr>
        <w:t>Przyjdź w godzinach pracy Urzędu.</w:t>
      </w:r>
    </w:p>
    <w:p w14:paraId="3D0364D7" w14:textId="77777777" w:rsidR="00122384" w:rsidRPr="00F279F1" w:rsidRDefault="00122384" w:rsidP="00122384">
      <w:pPr>
        <w:spacing w:line="360" w:lineRule="auto"/>
        <w:rPr>
          <w:sz w:val="28"/>
          <w:szCs w:val="28"/>
        </w:rPr>
      </w:pPr>
      <w:r w:rsidRPr="00F279F1">
        <w:rPr>
          <w:sz w:val="28"/>
          <w:szCs w:val="28"/>
        </w:rPr>
        <w:t>Możesz spotkać się z pracownikiem.</w:t>
      </w:r>
    </w:p>
    <w:p w14:paraId="19BF0983" w14:textId="0C4156C7" w:rsidR="00122384" w:rsidRPr="00F279F1" w:rsidRDefault="00122384" w:rsidP="007F724E">
      <w:pPr>
        <w:spacing w:line="360" w:lineRule="auto"/>
        <w:rPr>
          <w:sz w:val="28"/>
          <w:szCs w:val="28"/>
        </w:rPr>
      </w:pPr>
      <w:r w:rsidRPr="00F279F1">
        <w:rPr>
          <w:sz w:val="28"/>
          <w:szCs w:val="28"/>
        </w:rPr>
        <w:t>Pracownik powie Ci, co trzeba zrobić w Twojej sprawie.</w:t>
      </w:r>
    </w:p>
    <w:p w14:paraId="0557CEA4" w14:textId="77777777" w:rsidR="00B17623" w:rsidRPr="00F279F1" w:rsidRDefault="00B17623">
      <w:pPr>
        <w:rPr>
          <w:rFonts w:eastAsiaTheme="majorEastAsia" w:cstheme="majorBidi"/>
          <w:b/>
          <w:bCs/>
          <w:color w:val="000000" w:themeColor="text1"/>
        </w:rPr>
      </w:pPr>
      <w:r w:rsidRPr="00F279F1">
        <w:br w:type="page"/>
      </w:r>
    </w:p>
    <w:p w14:paraId="37AEA2A6" w14:textId="28D9CDF6" w:rsidR="00696D3B" w:rsidRPr="00F279F1" w:rsidRDefault="00B17623" w:rsidP="00122384">
      <w:pPr>
        <w:pStyle w:val="Nagwek3"/>
      </w:pPr>
      <w:r w:rsidRPr="00F279F1">
        <w:drawing>
          <wp:anchor distT="0" distB="0" distL="114300" distR="114300" simplePos="0" relativeHeight="251680768" behindDoc="1" locked="0" layoutInCell="1" allowOverlap="1" wp14:anchorId="37C64459" wp14:editId="17852A2F">
            <wp:simplePos x="0" y="0"/>
            <wp:positionH relativeFrom="column">
              <wp:posOffset>4114800</wp:posOffset>
            </wp:positionH>
            <wp:positionV relativeFrom="paragraph">
              <wp:posOffset>255270</wp:posOffset>
            </wp:positionV>
            <wp:extent cx="1799590" cy="1799590"/>
            <wp:effectExtent l="19050" t="19050" r="10160" b="10160"/>
            <wp:wrapTight wrapText="bothSides">
              <wp:wrapPolygon edited="0">
                <wp:start x="-229" y="-229"/>
                <wp:lineTo x="-229" y="21493"/>
                <wp:lineTo x="21493" y="21493"/>
                <wp:lineTo x="21493" y="-229"/>
                <wp:lineTo x="-229" y="-229"/>
              </wp:wrapPolygon>
            </wp:wrapTight>
            <wp:docPr id="438629805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629805" name="Obraz 438629805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  <a:prstDash val="solid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 w:rsidRPr="00F279F1">
        <w:t>Przez e-Doręczenia</w:t>
      </w:r>
    </w:p>
    <w:p w14:paraId="41A290EC" w14:textId="32208829" w:rsidR="00696D3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sz w:val="28"/>
          <w:szCs w:val="28"/>
        </w:rPr>
        <w:t xml:space="preserve">Możesz wysłać pismo przez </w:t>
      </w:r>
      <w:hyperlink r:id="rId31" w:tooltip="kliknij aby przejść do strony e-Doręczeń" w:history="1">
        <w:r w:rsidRPr="00F279F1">
          <w:rPr>
            <w:rStyle w:val="Hipercze"/>
            <w:sz w:val="28"/>
            <w:szCs w:val="28"/>
          </w:rPr>
          <w:t>e-Doręczenia</w:t>
        </w:r>
      </w:hyperlink>
      <w:r w:rsidRPr="00F279F1">
        <w:rPr>
          <w:sz w:val="28"/>
          <w:szCs w:val="28"/>
        </w:rPr>
        <w:t>.</w:t>
      </w:r>
    </w:p>
    <w:p w14:paraId="149E86AD" w14:textId="77777777" w:rsidR="00696D3B" w:rsidRPr="00F279F1" w:rsidRDefault="00000000" w:rsidP="007F724E">
      <w:pPr>
        <w:spacing w:line="360" w:lineRule="auto"/>
        <w:rPr>
          <w:b/>
          <w:bCs/>
          <w:sz w:val="28"/>
          <w:szCs w:val="28"/>
        </w:rPr>
      </w:pPr>
      <w:r w:rsidRPr="00F279F1">
        <w:rPr>
          <w:b/>
          <w:bCs/>
          <w:sz w:val="28"/>
          <w:szCs w:val="28"/>
        </w:rPr>
        <w:t>e-Doręczenia to elektroniczny list polecony.</w:t>
      </w:r>
    </w:p>
    <w:p w14:paraId="20A165A1" w14:textId="77777777" w:rsidR="00696D3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sz w:val="28"/>
          <w:szCs w:val="28"/>
        </w:rPr>
        <w:t>Adres skrzynki Urzędu to:</w:t>
      </w:r>
    </w:p>
    <w:p w14:paraId="6AC48F9A" w14:textId="77777777" w:rsidR="00696D3B" w:rsidRPr="00F279F1" w:rsidRDefault="00000000" w:rsidP="007F724E">
      <w:pPr>
        <w:spacing w:line="360" w:lineRule="auto"/>
        <w:rPr>
          <w:b/>
          <w:bCs/>
          <w:sz w:val="28"/>
          <w:szCs w:val="28"/>
        </w:rPr>
      </w:pPr>
      <w:r w:rsidRPr="00F279F1">
        <w:rPr>
          <w:b/>
          <w:bCs/>
          <w:sz w:val="28"/>
          <w:szCs w:val="28"/>
        </w:rPr>
        <w:t>AE dwukropek PL kreska 3 7 6 6 7 kreska 1 3 0 1 5 kreska G F I F G kreska 1 7</w:t>
      </w:r>
    </w:p>
    <w:p w14:paraId="72A30A47" w14:textId="047A8A5B" w:rsidR="00696D3B" w:rsidRPr="00F279F1" w:rsidRDefault="00F279F1" w:rsidP="00F279F1">
      <w:pPr>
        <w:spacing w:after="840" w:line="360" w:lineRule="auto"/>
        <w:rPr>
          <w:sz w:val="28"/>
          <w:szCs w:val="28"/>
        </w:rPr>
      </w:pPr>
      <w:r w:rsidRPr="00F279F1">
        <w:drawing>
          <wp:anchor distT="0" distB="0" distL="114300" distR="114300" simplePos="0" relativeHeight="251681792" behindDoc="1" locked="0" layoutInCell="1" allowOverlap="1" wp14:anchorId="7C49271E" wp14:editId="7B54694F">
            <wp:simplePos x="0" y="0"/>
            <wp:positionH relativeFrom="column">
              <wp:posOffset>4114800</wp:posOffset>
            </wp:positionH>
            <wp:positionV relativeFrom="paragraph">
              <wp:posOffset>520700</wp:posOffset>
            </wp:positionV>
            <wp:extent cx="1799590" cy="1799590"/>
            <wp:effectExtent l="19050" t="19050" r="10160" b="10160"/>
            <wp:wrapTight wrapText="bothSides">
              <wp:wrapPolygon edited="0">
                <wp:start x="-229" y="-229"/>
                <wp:lineTo x="-229" y="21493"/>
                <wp:lineTo x="21493" y="21493"/>
                <wp:lineTo x="21493" y="-229"/>
                <wp:lineTo x="-229" y="-229"/>
              </wp:wrapPolygon>
            </wp:wrapTight>
            <wp:docPr id="554268433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268433" name="Obraz 554268433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  <a:prstDash val="solid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 w:rsidRPr="00F279F1">
        <w:rPr>
          <w:sz w:val="28"/>
          <w:szCs w:val="28"/>
        </w:rPr>
        <w:t>Zapis techniczny adresu to:</w:t>
      </w:r>
      <w:r w:rsidR="00122384" w:rsidRPr="00F279F1">
        <w:rPr>
          <w:sz w:val="28"/>
          <w:szCs w:val="28"/>
        </w:rPr>
        <w:t xml:space="preserve"> </w:t>
      </w:r>
      <w:r w:rsidR="00000000" w:rsidRPr="00F279F1">
        <w:rPr>
          <w:b/>
          <w:bCs/>
          <w:sz w:val="28"/>
          <w:szCs w:val="28"/>
        </w:rPr>
        <w:t>AE:PL-37667-13015-GFIFG-17</w:t>
      </w:r>
    </w:p>
    <w:p w14:paraId="4BDBB3E6" w14:textId="2F3E4F72" w:rsidR="00696D3B" w:rsidRPr="00F279F1" w:rsidRDefault="00000000" w:rsidP="00122384">
      <w:pPr>
        <w:pStyle w:val="Nagwek3"/>
      </w:pPr>
      <w:r w:rsidRPr="00F279F1">
        <w:t>Telefonicznie</w:t>
      </w:r>
    </w:p>
    <w:p w14:paraId="46914E34" w14:textId="77777777" w:rsidR="00696D3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sz w:val="28"/>
          <w:szCs w:val="28"/>
        </w:rPr>
        <w:t>Możesz zadzwonić do centrali Urzędu.</w:t>
      </w:r>
    </w:p>
    <w:p w14:paraId="1AC74200" w14:textId="1900F838" w:rsidR="00696D3B" w:rsidRPr="00F279F1" w:rsidRDefault="00000000" w:rsidP="00F279F1">
      <w:pPr>
        <w:spacing w:after="1080" w:line="360" w:lineRule="auto"/>
        <w:rPr>
          <w:sz w:val="28"/>
          <w:szCs w:val="28"/>
        </w:rPr>
      </w:pPr>
      <w:r w:rsidRPr="00F279F1">
        <w:rPr>
          <w:sz w:val="28"/>
          <w:szCs w:val="28"/>
        </w:rPr>
        <w:t>Numer telefonu to:</w:t>
      </w:r>
      <w:r w:rsidR="00122384" w:rsidRPr="00F279F1">
        <w:rPr>
          <w:sz w:val="28"/>
          <w:szCs w:val="28"/>
        </w:rPr>
        <w:t xml:space="preserve"> </w:t>
      </w:r>
      <w:r w:rsidRPr="00F279F1">
        <w:rPr>
          <w:b/>
          <w:bCs/>
          <w:sz w:val="28"/>
          <w:szCs w:val="28"/>
        </w:rPr>
        <w:t>62 59 09 400</w:t>
      </w:r>
    </w:p>
    <w:p w14:paraId="3353DFA3" w14:textId="68E6B3D5" w:rsidR="00696D3B" w:rsidRPr="00F279F1" w:rsidRDefault="00000000" w:rsidP="00122384">
      <w:pPr>
        <w:pStyle w:val="Nagwek2"/>
      </w:pPr>
      <w:r w:rsidRPr="00F279F1">
        <w:t>Gdzie znajdziesz więcej informacji?</w:t>
      </w:r>
    </w:p>
    <w:p w14:paraId="33B743FC" w14:textId="792523ED" w:rsidR="00696D3B" w:rsidRPr="00F279F1" w:rsidRDefault="00F279F1" w:rsidP="007F724E">
      <w:pPr>
        <w:spacing w:line="360" w:lineRule="auto"/>
        <w:rPr>
          <w:sz w:val="28"/>
          <w:szCs w:val="28"/>
        </w:rPr>
      </w:pPr>
      <w:r w:rsidRPr="00F279F1">
        <w:drawing>
          <wp:anchor distT="0" distB="0" distL="114300" distR="114300" simplePos="0" relativeHeight="251682816" behindDoc="1" locked="0" layoutInCell="1" allowOverlap="1" wp14:anchorId="66D03E56" wp14:editId="036872A8">
            <wp:simplePos x="0" y="0"/>
            <wp:positionH relativeFrom="column">
              <wp:posOffset>4114800</wp:posOffset>
            </wp:positionH>
            <wp:positionV relativeFrom="paragraph">
              <wp:posOffset>254635</wp:posOffset>
            </wp:positionV>
            <wp:extent cx="1799590" cy="1799590"/>
            <wp:effectExtent l="19050" t="19050" r="10160" b="10160"/>
            <wp:wrapTight wrapText="bothSides">
              <wp:wrapPolygon edited="0">
                <wp:start x="-229" y="-229"/>
                <wp:lineTo x="-229" y="21493"/>
                <wp:lineTo x="21493" y="21493"/>
                <wp:lineTo x="21493" y="-229"/>
                <wp:lineTo x="-229" y="-229"/>
              </wp:wrapPolygon>
            </wp:wrapTight>
            <wp:docPr id="1548586834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586834" name="Obraz 1548586834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  <a:prstDash val="solid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 w:rsidRPr="00F279F1">
        <w:rPr>
          <w:sz w:val="28"/>
          <w:szCs w:val="28"/>
        </w:rPr>
        <w:t xml:space="preserve">Informacje o mieście i gminie znajdziesz na </w:t>
      </w:r>
      <w:hyperlink r:id="rId34" w:tooltip="kliknij aby przejść na stronę www Urzędu Miasta i Gminy w Kępnie" w:history="1">
        <w:r w:rsidR="00000000" w:rsidRPr="00F279F1">
          <w:rPr>
            <w:rStyle w:val="Hipercze"/>
            <w:sz w:val="28"/>
            <w:szCs w:val="28"/>
          </w:rPr>
          <w:t>stronie internetowej Urzędu.</w:t>
        </w:r>
      </w:hyperlink>
    </w:p>
    <w:p w14:paraId="18B7F73C" w14:textId="43243ECD" w:rsidR="00696D3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sz w:val="28"/>
          <w:szCs w:val="28"/>
        </w:rPr>
        <w:t xml:space="preserve">Informacje znajdziesz też na </w:t>
      </w:r>
      <w:hyperlink r:id="rId35" w:tooltip="kliknij aby przejść na stronę BIP Urzędu Miasta i Gminy w Kępnie" w:history="1">
        <w:r w:rsidRPr="00F279F1">
          <w:rPr>
            <w:rStyle w:val="Hipercze"/>
            <w:sz w:val="28"/>
            <w:szCs w:val="28"/>
          </w:rPr>
          <w:t>stronie Biuletynu Informacji Publicznej.</w:t>
        </w:r>
      </w:hyperlink>
    </w:p>
    <w:p w14:paraId="649486B8" w14:textId="77777777" w:rsidR="00696D3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sz w:val="28"/>
          <w:szCs w:val="28"/>
        </w:rPr>
        <w:t>Biuletyn Informacji Publicznej to inaczej BIP.</w:t>
      </w:r>
    </w:p>
    <w:p w14:paraId="179F413E" w14:textId="4B0D369E" w:rsidR="00696D3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sz w:val="28"/>
          <w:szCs w:val="28"/>
        </w:rPr>
        <w:t>BIP to strona z informacjami urzędowymi.</w:t>
      </w:r>
    </w:p>
    <w:p w14:paraId="5499D71A" w14:textId="0BA95E6E" w:rsidR="00696D3B" w:rsidRPr="00F279F1" w:rsidRDefault="00F279F1" w:rsidP="00122384">
      <w:pPr>
        <w:pStyle w:val="Nagwek3"/>
      </w:pPr>
      <w:r w:rsidRPr="00F279F1">
        <w:drawing>
          <wp:anchor distT="0" distB="0" distL="114300" distR="114300" simplePos="0" relativeHeight="251683840" behindDoc="1" locked="0" layoutInCell="1" allowOverlap="1" wp14:anchorId="38A1D627" wp14:editId="29B3125D">
            <wp:simplePos x="0" y="0"/>
            <wp:positionH relativeFrom="column">
              <wp:posOffset>4114800</wp:posOffset>
            </wp:positionH>
            <wp:positionV relativeFrom="paragraph">
              <wp:posOffset>229235</wp:posOffset>
            </wp:positionV>
            <wp:extent cx="1799590" cy="1799590"/>
            <wp:effectExtent l="19050" t="19050" r="10160" b="10160"/>
            <wp:wrapTight wrapText="bothSides">
              <wp:wrapPolygon edited="0">
                <wp:start x="-229" y="-229"/>
                <wp:lineTo x="-229" y="21493"/>
                <wp:lineTo x="21493" y="21493"/>
                <wp:lineTo x="21493" y="-229"/>
                <wp:lineTo x="-229" y="-229"/>
              </wp:wrapPolygon>
            </wp:wrapTight>
            <wp:docPr id="75518369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18369" name="Obraz 75518369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  <a:prstDash val="solid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 w:rsidRPr="00F279F1">
        <w:t>Jak znaleźć opis sprawy?</w:t>
      </w:r>
    </w:p>
    <w:p w14:paraId="2CDDDBC9" w14:textId="3B5B6093" w:rsidR="00696D3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sz w:val="28"/>
          <w:szCs w:val="28"/>
        </w:rPr>
        <w:t xml:space="preserve">Szczegółowe informacje znajdziesz </w:t>
      </w:r>
      <w:r w:rsidR="00122384" w:rsidRPr="00F279F1">
        <w:rPr>
          <w:sz w:val="28"/>
          <w:szCs w:val="28"/>
        </w:rPr>
        <w:t>na stronie BIP</w:t>
      </w:r>
      <w:r w:rsidRPr="00F279F1">
        <w:rPr>
          <w:sz w:val="28"/>
          <w:szCs w:val="28"/>
        </w:rPr>
        <w:t>:</w:t>
      </w:r>
    </w:p>
    <w:p w14:paraId="5645719B" w14:textId="7737CB0F" w:rsidR="00696D3B" w:rsidRPr="00F279F1" w:rsidRDefault="00F279F1" w:rsidP="007F724E">
      <w:pPr>
        <w:spacing w:line="360" w:lineRule="auto"/>
        <w:rPr>
          <w:sz w:val="28"/>
          <w:szCs w:val="28"/>
        </w:rPr>
      </w:pPr>
      <w:hyperlink r:id="rId37" w:tooltip="kliknij aby przejść do strony BIP aby dowiedzieć się jak załatwić sprawę w Urzędzie Miasta i Gminy Kępno" w:history="1">
        <w:r w:rsidR="00000000" w:rsidRPr="00F279F1">
          <w:rPr>
            <w:rStyle w:val="Hipercze"/>
            <w:b/>
            <w:bCs/>
            <w:sz w:val="28"/>
            <w:szCs w:val="28"/>
          </w:rPr>
          <w:t>Jak załatwić sprawę w Urzędzie Miasta i Gminy</w:t>
        </w:r>
        <w:r w:rsidR="00000000" w:rsidRPr="00F279F1">
          <w:rPr>
            <w:rStyle w:val="Hipercze"/>
            <w:sz w:val="28"/>
            <w:szCs w:val="28"/>
          </w:rPr>
          <w:t>.</w:t>
        </w:r>
      </w:hyperlink>
    </w:p>
    <w:p w14:paraId="41241B01" w14:textId="77777777" w:rsidR="00696D3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sz w:val="28"/>
          <w:szCs w:val="28"/>
        </w:rPr>
        <w:t>W tej zakładce możesz sprawdzić, jakie dokumenty są potrzebne.</w:t>
      </w:r>
    </w:p>
    <w:p w14:paraId="212CCB15" w14:textId="77777777" w:rsidR="00696D3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sz w:val="28"/>
          <w:szCs w:val="28"/>
        </w:rPr>
        <w:t>Możesz też sprawdzić, gdzie złożyć wniosek.</w:t>
      </w:r>
    </w:p>
    <w:p w14:paraId="4E77B6AD" w14:textId="77777777" w:rsidR="00696D3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sz w:val="28"/>
          <w:szCs w:val="28"/>
        </w:rPr>
        <w:t>Możesz sprawdzić, czy za sprawę trzeba zapłacić.</w:t>
      </w:r>
    </w:p>
    <w:p w14:paraId="61A7E0B7" w14:textId="77777777" w:rsidR="00696D3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sz w:val="28"/>
          <w:szCs w:val="28"/>
        </w:rPr>
        <w:t>Jeżeli czegoś nie rozumiesz, zapytaj pracownika Urzędu.</w:t>
      </w:r>
    </w:p>
    <w:p w14:paraId="61F54EF6" w14:textId="1AE31E4B" w:rsidR="00696D3B" w:rsidRPr="00F279F1" w:rsidRDefault="00122384" w:rsidP="00122384">
      <w:r w:rsidRPr="00F279F1">
        <w:br w:type="page"/>
      </w:r>
    </w:p>
    <w:p w14:paraId="7761984A" w14:textId="2D1B5B8F" w:rsidR="00696D3B" w:rsidRPr="00F279F1" w:rsidRDefault="00000000" w:rsidP="00122384">
      <w:pPr>
        <w:pStyle w:val="Nagwek2"/>
      </w:pPr>
      <w:r w:rsidRPr="00F279F1">
        <w:t>Trudne słowa</w:t>
      </w:r>
    </w:p>
    <w:p w14:paraId="761C4A36" w14:textId="62EB6251" w:rsidR="00696D3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b/>
          <w:sz w:val="28"/>
          <w:szCs w:val="28"/>
        </w:rPr>
        <w:t xml:space="preserve">Urząd - </w:t>
      </w:r>
      <w:r w:rsidRPr="00F279F1">
        <w:rPr>
          <w:sz w:val="28"/>
          <w:szCs w:val="28"/>
        </w:rPr>
        <w:t xml:space="preserve">miejsce, w którym możesz załatwić </w:t>
      </w:r>
      <w:r w:rsidR="00122384" w:rsidRPr="00F279F1">
        <w:rPr>
          <w:sz w:val="28"/>
          <w:szCs w:val="28"/>
        </w:rPr>
        <w:t xml:space="preserve">swoje </w:t>
      </w:r>
      <w:r w:rsidRPr="00F279F1">
        <w:rPr>
          <w:sz w:val="28"/>
          <w:szCs w:val="28"/>
        </w:rPr>
        <w:t>sprawy</w:t>
      </w:r>
      <w:r w:rsidR="00945723" w:rsidRPr="00F279F1">
        <w:rPr>
          <w:sz w:val="28"/>
          <w:szCs w:val="28"/>
        </w:rPr>
        <w:t>.</w:t>
      </w:r>
    </w:p>
    <w:p w14:paraId="3657F939" w14:textId="3D15ED02" w:rsidR="00696D3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b/>
          <w:sz w:val="28"/>
          <w:szCs w:val="28"/>
        </w:rPr>
        <w:t xml:space="preserve">Gmina - </w:t>
      </w:r>
      <w:r w:rsidRPr="00F279F1">
        <w:rPr>
          <w:sz w:val="28"/>
          <w:szCs w:val="28"/>
        </w:rPr>
        <w:t xml:space="preserve">obszar, w którym mieszkają ludzie i działa </w:t>
      </w:r>
      <w:r w:rsidR="00945723" w:rsidRPr="00F279F1">
        <w:rPr>
          <w:sz w:val="28"/>
          <w:szCs w:val="28"/>
        </w:rPr>
        <w:t>U</w:t>
      </w:r>
      <w:r w:rsidRPr="00F279F1">
        <w:rPr>
          <w:sz w:val="28"/>
          <w:szCs w:val="28"/>
        </w:rPr>
        <w:t>rząd.</w:t>
      </w:r>
    </w:p>
    <w:p w14:paraId="6800C011" w14:textId="77777777" w:rsidR="00696D3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b/>
          <w:sz w:val="28"/>
          <w:szCs w:val="28"/>
        </w:rPr>
        <w:t xml:space="preserve">Burmistrz - </w:t>
      </w:r>
      <w:r w:rsidRPr="00F279F1">
        <w:rPr>
          <w:sz w:val="28"/>
          <w:szCs w:val="28"/>
        </w:rPr>
        <w:t>osoba, która kieruje miastem i gminą.</w:t>
      </w:r>
    </w:p>
    <w:p w14:paraId="7FD54D80" w14:textId="7E8001F6" w:rsidR="00696D3B" w:rsidRPr="00F279F1" w:rsidRDefault="00945723" w:rsidP="007F724E">
      <w:pPr>
        <w:spacing w:line="360" w:lineRule="auto"/>
        <w:rPr>
          <w:sz w:val="28"/>
          <w:szCs w:val="28"/>
        </w:rPr>
      </w:pPr>
      <w:r w:rsidRPr="00F279F1">
        <w:rPr>
          <w:b/>
          <w:sz w:val="28"/>
          <w:szCs w:val="28"/>
        </w:rPr>
        <w:t xml:space="preserve">Zamieszkanie - </w:t>
      </w:r>
      <w:r w:rsidRPr="00F279F1">
        <w:rPr>
          <w:sz w:val="28"/>
          <w:szCs w:val="28"/>
        </w:rPr>
        <w:t>informacja, gdzie mieszkasz.</w:t>
      </w:r>
    </w:p>
    <w:p w14:paraId="350B14F9" w14:textId="77777777" w:rsidR="00696D3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b/>
          <w:sz w:val="28"/>
          <w:szCs w:val="28"/>
        </w:rPr>
        <w:t xml:space="preserve">Zameldowanie - </w:t>
      </w:r>
      <w:r w:rsidRPr="00F279F1">
        <w:rPr>
          <w:sz w:val="28"/>
          <w:szCs w:val="28"/>
        </w:rPr>
        <w:t>zgłoszenie w Urzędzie, gdzie mieszkasz.</w:t>
      </w:r>
    </w:p>
    <w:p w14:paraId="05305679" w14:textId="77777777" w:rsidR="00696D3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b/>
          <w:sz w:val="28"/>
          <w:szCs w:val="28"/>
        </w:rPr>
        <w:t xml:space="preserve">Wymeldowanie - </w:t>
      </w:r>
      <w:r w:rsidRPr="00F279F1">
        <w:rPr>
          <w:sz w:val="28"/>
          <w:szCs w:val="28"/>
        </w:rPr>
        <w:t>zgłoszenie w Urzędzie, że już nie mieszkasz pod danym adresem.</w:t>
      </w:r>
    </w:p>
    <w:p w14:paraId="2A721469" w14:textId="77777777" w:rsidR="00696D3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b/>
          <w:sz w:val="28"/>
          <w:szCs w:val="28"/>
        </w:rPr>
        <w:t xml:space="preserve">Pobyt czasowy - </w:t>
      </w:r>
      <w:r w:rsidRPr="00F279F1">
        <w:rPr>
          <w:sz w:val="28"/>
          <w:szCs w:val="28"/>
        </w:rPr>
        <w:t>mieszkanie w danym miejscu przez jakiś czas.</w:t>
      </w:r>
    </w:p>
    <w:p w14:paraId="7585B950" w14:textId="77777777" w:rsidR="00696D3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b/>
          <w:sz w:val="28"/>
          <w:szCs w:val="28"/>
        </w:rPr>
        <w:t xml:space="preserve">Dowód osobisty - </w:t>
      </w:r>
      <w:r w:rsidRPr="00F279F1">
        <w:rPr>
          <w:sz w:val="28"/>
          <w:szCs w:val="28"/>
        </w:rPr>
        <w:t>dokument, który potwierdza Twoją tożsamość.</w:t>
      </w:r>
    </w:p>
    <w:p w14:paraId="2CF3678E" w14:textId="74EA092E" w:rsidR="00696D3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b/>
          <w:sz w:val="28"/>
          <w:szCs w:val="28"/>
        </w:rPr>
        <w:t xml:space="preserve">Akt stanu cywilnego - </w:t>
      </w:r>
      <w:r w:rsidRPr="00F279F1">
        <w:rPr>
          <w:sz w:val="28"/>
          <w:szCs w:val="28"/>
        </w:rPr>
        <w:t>oficjalny dokument, na przykład akt urodzenia albo akt małżeństwa.</w:t>
      </w:r>
    </w:p>
    <w:p w14:paraId="5D6DB054" w14:textId="77777777" w:rsidR="00696D3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b/>
          <w:sz w:val="28"/>
          <w:szCs w:val="28"/>
        </w:rPr>
        <w:t xml:space="preserve">Działalność gospodarcza - </w:t>
      </w:r>
      <w:r w:rsidRPr="00F279F1">
        <w:rPr>
          <w:sz w:val="28"/>
          <w:szCs w:val="28"/>
        </w:rPr>
        <w:t>Twoja firma.</w:t>
      </w:r>
    </w:p>
    <w:p w14:paraId="5412807F" w14:textId="77777777" w:rsidR="00696D3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b/>
          <w:sz w:val="28"/>
          <w:szCs w:val="28"/>
        </w:rPr>
        <w:t xml:space="preserve">Zawieszenie działalności - </w:t>
      </w:r>
      <w:r w:rsidRPr="00F279F1">
        <w:rPr>
          <w:sz w:val="28"/>
          <w:szCs w:val="28"/>
        </w:rPr>
        <w:t>przerwa w prowadzeniu firmy.</w:t>
      </w:r>
    </w:p>
    <w:p w14:paraId="64D87D3F" w14:textId="77777777" w:rsidR="00696D3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b/>
          <w:sz w:val="28"/>
          <w:szCs w:val="28"/>
        </w:rPr>
        <w:t xml:space="preserve">Podatek - </w:t>
      </w:r>
      <w:r w:rsidRPr="00F279F1">
        <w:rPr>
          <w:sz w:val="28"/>
          <w:szCs w:val="28"/>
        </w:rPr>
        <w:t>pieniądze, które płacisz na potrzeby gminy lub państwa.</w:t>
      </w:r>
    </w:p>
    <w:p w14:paraId="6049D66A" w14:textId="77777777" w:rsidR="00696D3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b/>
          <w:sz w:val="28"/>
          <w:szCs w:val="28"/>
        </w:rPr>
        <w:t xml:space="preserve">Opłata - </w:t>
      </w:r>
      <w:r w:rsidRPr="00F279F1">
        <w:rPr>
          <w:sz w:val="28"/>
          <w:szCs w:val="28"/>
        </w:rPr>
        <w:t>pieniądze za określoną sprawę albo usługę.</w:t>
      </w:r>
    </w:p>
    <w:p w14:paraId="0BB39C5E" w14:textId="77777777" w:rsidR="00696D3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b/>
          <w:sz w:val="28"/>
          <w:szCs w:val="28"/>
        </w:rPr>
        <w:t xml:space="preserve">Nieruchomość - </w:t>
      </w:r>
      <w:r w:rsidRPr="00F279F1">
        <w:rPr>
          <w:sz w:val="28"/>
          <w:szCs w:val="28"/>
        </w:rPr>
        <w:t>działka, dom albo lokal.</w:t>
      </w:r>
    </w:p>
    <w:p w14:paraId="04827F4B" w14:textId="77777777" w:rsidR="00696D3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b/>
          <w:sz w:val="28"/>
          <w:szCs w:val="28"/>
        </w:rPr>
        <w:t xml:space="preserve">Odpady komunalne - </w:t>
      </w:r>
      <w:r w:rsidRPr="00F279F1">
        <w:rPr>
          <w:sz w:val="28"/>
          <w:szCs w:val="28"/>
        </w:rPr>
        <w:t>śmieci z domów, mieszkań i firm.</w:t>
      </w:r>
    </w:p>
    <w:p w14:paraId="1D5A1C1E" w14:textId="77777777" w:rsidR="00696D3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b/>
          <w:sz w:val="28"/>
          <w:szCs w:val="28"/>
        </w:rPr>
        <w:t xml:space="preserve">Nieczystości ciekłe - </w:t>
      </w:r>
      <w:r w:rsidRPr="00F279F1">
        <w:rPr>
          <w:sz w:val="28"/>
          <w:szCs w:val="28"/>
        </w:rPr>
        <w:t>ścieki z domu albo budynku.</w:t>
      </w:r>
    </w:p>
    <w:p w14:paraId="2E5B2AB9" w14:textId="77777777" w:rsidR="00945723" w:rsidRPr="00F279F1" w:rsidRDefault="00945723" w:rsidP="00945723">
      <w:pPr>
        <w:pStyle w:val="Nagwek2"/>
      </w:pPr>
      <w:r w:rsidRPr="00F279F1">
        <w:t>Trudne słowa - ciąg dalszy</w:t>
      </w:r>
    </w:p>
    <w:p w14:paraId="24F56365" w14:textId="77777777" w:rsidR="00696D3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b/>
          <w:sz w:val="28"/>
          <w:szCs w:val="28"/>
        </w:rPr>
        <w:t xml:space="preserve">Zbiornik bezodpływowy - </w:t>
      </w:r>
      <w:r w:rsidRPr="00F279F1">
        <w:rPr>
          <w:sz w:val="28"/>
          <w:szCs w:val="28"/>
        </w:rPr>
        <w:t>szczelny zbiornik na ścieki.</w:t>
      </w:r>
    </w:p>
    <w:p w14:paraId="27363CED" w14:textId="3000DA47" w:rsidR="00696D3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b/>
          <w:sz w:val="28"/>
          <w:szCs w:val="28"/>
        </w:rPr>
        <w:t xml:space="preserve">Zamiar - </w:t>
      </w:r>
      <w:r w:rsidRPr="00F279F1">
        <w:rPr>
          <w:sz w:val="28"/>
          <w:szCs w:val="28"/>
        </w:rPr>
        <w:t>plan zrobienia czegoś.</w:t>
      </w:r>
    </w:p>
    <w:p w14:paraId="3DB758CC" w14:textId="77777777" w:rsidR="00696D3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b/>
          <w:sz w:val="28"/>
          <w:szCs w:val="28"/>
        </w:rPr>
        <w:t xml:space="preserve">Planowanie przestrzenne - </w:t>
      </w:r>
      <w:r w:rsidRPr="00F279F1">
        <w:rPr>
          <w:sz w:val="28"/>
          <w:szCs w:val="28"/>
        </w:rPr>
        <w:t>ustalanie, jak można korzystać z terenu.</w:t>
      </w:r>
    </w:p>
    <w:p w14:paraId="3DD6569D" w14:textId="77777777" w:rsidR="00696D3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b/>
          <w:sz w:val="28"/>
          <w:szCs w:val="28"/>
        </w:rPr>
        <w:t xml:space="preserve">Miejscowy plan zagospodarowania przestrzennego - </w:t>
      </w:r>
      <w:r w:rsidRPr="00F279F1">
        <w:rPr>
          <w:sz w:val="28"/>
          <w:szCs w:val="28"/>
        </w:rPr>
        <w:t>dokument, który mówi, co można budować na danym terenie.</w:t>
      </w:r>
    </w:p>
    <w:p w14:paraId="62C589F8" w14:textId="77777777" w:rsidR="00696D3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b/>
          <w:sz w:val="28"/>
          <w:szCs w:val="28"/>
        </w:rPr>
        <w:t xml:space="preserve">Wypis - </w:t>
      </w:r>
      <w:r w:rsidRPr="00F279F1">
        <w:rPr>
          <w:sz w:val="28"/>
          <w:szCs w:val="28"/>
        </w:rPr>
        <w:t>część dokumentu zapisana tekstem.</w:t>
      </w:r>
    </w:p>
    <w:p w14:paraId="4F4ACD21" w14:textId="77777777" w:rsidR="00696D3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b/>
          <w:sz w:val="28"/>
          <w:szCs w:val="28"/>
        </w:rPr>
        <w:t xml:space="preserve">Wyrys - </w:t>
      </w:r>
      <w:r w:rsidRPr="00F279F1">
        <w:rPr>
          <w:sz w:val="28"/>
          <w:szCs w:val="28"/>
        </w:rPr>
        <w:t>część mapy z planu.</w:t>
      </w:r>
    </w:p>
    <w:p w14:paraId="03AC4342" w14:textId="77777777" w:rsidR="00696D3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b/>
          <w:sz w:val="28"/>
          <w:szCs w:val="28"/>
        </w:rPr>
        <w:t xml:space="preserve">Zaświadczenie - </w:t>
      </w:r>
      <w:r w:rsidRPr="00F279F1">
        <w:rPr>
          <w:sz w:val="28"/>
          <w:szCs w:val="28"/>
        </w:rPr>
        <w:t>oficjalne potwierdzenie z Urzędu.</w:t>
      </w:r>
    </w:p>
    <w:p w14:paraId="029CED68" w14:textId="77777777" w:rsidR="00696D3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b/>
          <w:sz w:val="28"/>
          <w:szCs w:val="28"/>
        </w:rPr>
        <w:t xml:space="preserve">Rewitalizacja - </w:t>
      </w:r>
      <w:r w:rsidRPr="00F279F1">
        <w:rPr>
          <w:sz w:val="28"/>
          <w:szCs w:val="28"/>
        </w:rPr>
        <w:t>działania, które mają poprawić ważną część miasta albo gminy.</w:t>
      </w:r>
    </w:p>
    <w:p w14:paraId="594C6B9F" w14:textId="77777777" w:rsidR="00696D3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b/>
          <w:sz w:val="28"/>
          <w:szCs w:val="28"/>
        </w:rPr>
        <w:t xml:space="preserve">Mieszkanie komunalne - </w:t>
      </w:r>
      <w:r w:rsidRPr="00F279F1">
        <w:rPr>
          <w:sz w:val="28"/>
          <w:szCs w:val="28"/>
        </w:rPr>
        <w:t>mieszkanie należące do gminy.</w:t>
      </w:r>
    </w:p>
    <w:p w14:paraId="63C99F7C" w14:textId="77777777" w:rsidR="00696D3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b/>
          <w:sz w:val="28"/>
          <w:szCs w:val="28"/>
        </w:rPr>
        <w:t xml:space="preserve">Wniosek - </w:t>
      </w:r>
      <w:r w:rsidRPr="00F279F1">
        <w:rPr>
          <w:sz w:val="28"/>
          <w:szCs w:val="28"/>
        </w:rPr>
        <w:t>pismo, w którym prosisz Urząd o załatwienie sprawy.</w:t>
      </w:r>
    </w:p>
    <w:p w14:paraId="71F0FE52" w14:textId="77777777" w:rsidR="00945723" w:rsidRPr="00F279F1" w:rsidRDefault="00945723" w:rsidP="00945723">
      <w:pPr>
        <w:spacing w:line="360" w:lineRule="auto"/>
        <w:rPr>
          <w:sz w:val="28"/>
          <w:szCs w:val="28"/>
        </w:rPr>
      </w:pPr>
      <w:r w:rsidRPr="00F279F1">
        <w:rPr>
          <w:b/>
          <w:sz w:val="28"/>
          <w:szCs w:val="28"/>
        </w:rPr>
        <w:t xml:space="preserve">Pas drogowy - </w:t>
      </w:r>
      <w:r w:rsidRPr="00F279F1">
        <w:rPr>
          <w:sz w:val="28"/>
          <w:szCs w:val="28"/>
        </w:rPr>
        <w:t>droga, chodnik i teren obok drogi.</w:t>
      </w:r>
    </w:p>
    <w:p w14:paraId="30CBA720" w14:textId="77777777" w:rsidR="00945723" w:rsidRPr="00F279F1" w:rsidRDefault="00945723" w:rsidP="00945723">
      <w:pPr>
        <w:spacing w:line="360" w:lineRule="auto"/>
        <w:rPr>
          <w:sz w:val="28"/>
          <w:szCs w:val="28"/>
        </w:rPr>
      </w:pPr>
      <w:r w:rsidRPr="00F279F1">
        <w:rPr>
          <w:b/>
          <w:sz w:val="28"/>
          <w:szCs w:val="28"/>
        </w:rPr>
        <w:t xml:space="preserve">Zajęcie pasa drogowego - </w:t>
      </w:r>
      <w:r w:rsidRPr="00F279F1">
        <w:rPr>
          <w:sz w:val="28"/>
          <w:szCs w:val="28"/>
        </w:rPr>
        <w:t>korzystanie z pasa drogowego przez jakiś czas.</w:t>
      </w:r>
    </w:p>
    <w:p w14:paraId="6B2554B1" w14:textId="77777777" w:rsidR="00945723" w:rsidRPr="00F279F1" w:rsidRDefault="00945723" w:rsidP="00945723">
      <w:pPr>
        <w:spacing w:line="360" w:lineRule="auto"/>
        <w:rPr>
          <w:sz w:val="28"/>
          <w:szCs w:val="28"/>
        </w:rPr>
      </w:pPr>
      <w:r w:rsidRPr="00F279F1">
        <w:rPr>
          <w:b/>
          <w:sz w:val="28"/>
          <w:szCs w:val="28"/>
        </w:rPr>
        <w:t xml:space="preserve">Zezwolenie - </w:t>
      </w:r>
      <w:r w:rsidRPr="00F279F1">
        <w:rPr>
          <w:sz w:val="28"/>
          <w:szCs w:val="28"/>
        </w:rPr>
        <w:t>zgoda Urzędu.</w:t>
      </w:r>
    </w:p>
    <w:p w14:paraId="5B27683D" w14:textId="77777777" w:rsidR="00945723" w:rsidRPr="00F279F1" w:rsidRDefault="00945723" w:rsidP="00945723">
      <w:pPr>
        <w:spacing w:line="360" w:lineRule="auto"/>
        <w:rPr>
          <w:sz w:val="28"/>
          <w:szCs w:val="28"/>
        </w:rPr>
      </w:pPr>
      <w:r w:rsidRPr="00F279F1">
        <w:rPr>
          <w:b/>
          <w:sz w:val="28"/>
          <w:szCs w:val="28"/>
        </w:rPr>
        <w:t xml:space="preserve">Urządzenie obce - </w:t>
      </w:r>
      <w:r w:rsidRPr="00F279F1">
        <w:rPr>
          <w:sz w:val="28"/>
          <w:szCs w:val="28"/>
        </w:rPr>
        <w:t>urządzenie w pasie drogowym, które nie jest częścią drogi.</w:t>
      </w:r>
    </w:p>
    <w:p w14:paraId="758A5887" w14:textId="59D79BE0" w:rsidR="00696D3B" w:rsidRPr="00F279F1" w:rsidRDefault="00000000" w:rsidP="00945723">
      <w:pPr>
        <w:pStyle w:val="Nagwek2"/>
      </w:pPr>
      <w:r w:rsidRPr="00F279F1">
        <w:t>Trudne słowa - ciąg dalszy</w:t>
      </w:r>
      <w:r w:rsidR="00945723" w:rsidRPr="00F279F1">
        <w:t>2</w:t>
      </w:r>
    </w:p>
    <w:p w14:paraId="337EF406" w14:textId="77777777" w:rsidR="00696D3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b/>
          <w:sz w:val="28"/>
          <w:szCs w:val="28"/>
        </w:rPr>
        <w:t xml:space="preserve">Zjazd - </w:t>
      </w:r>
      <w:r w:rsidRPr="00F279F1">
        <w:rPr>
          <w:sz w:val="28"/>
          <w:szCs w:val="28"/>
        </w:rPr>
        <w:t>miejsce, którym wjeżdżasz z drogi na działkę.</w:t>
      </w:r>
    </w:p>
    <w:p w14:paraId="286460E0" w14:textId="77777777" w:rsidR="00696D3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b/>
          <w:sz w:val="28"/>
          <w:szCs w:val="28"/>
        </w:rPr>
        <w:t xml:space="preserve">e-Doręczenia - </w:t>
      </w:r>
      <w:r w:rsidRPr="00F279F1">
        <w:rPr>
          <w:sz w:val="28"/>
          <w:szCs w:val="28"/>
        </w:rPr>
        <w:t>elektroniczny list polecony.</w:t>
      </w:r>
    </w:p>
    <w:p w14:paraId="2DE52AEC" w14:textId="77777777" w:rsidR="00696D3B" w:rsidRPr="00F279F1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b/>
          <w:sz w:val="28"/>
          <w:szCs w:val="28"/>
        </w:rPr>
        <w:t xml:space="preserve">BIP - </w:t>
      </w:r>
      <w:r w:rsidRPr="00F279F1">
        <w:rPr>
          <w:sz w:val="28"/>
          <w:szCs w:val="28"/>
        </w:rPr>
        <w:t>Biuletyn Informacji Publicznej, czyli strona z informacjami urzędowymi.</w:t>
      </w:r>
    </w:p>
    <w:p w14:paraId="4BAC6664" w14:textId="77777777" w:rsidR="00696D3B" w:rsidRPr="00D57E8D" w:rsidRDefault="00000000" w:rsidP="007F724E">
      <w:pPr>
        <w:spacing w:line="360" w:lineRule="auto"/>
        <w:rPr>
          <w:sz w:val="28"/>
          <w:szCs w:val="28"/>
        </w:rPr>
      </w:pPr>
      <w:r w:rsidRPr="00F279F1">
        <w:rPr>
          <w:b/>
          <w:sz w:val="28"/>
          <w:szCs w:val="28"/>
        </w:rPr>
        <w:t xml:space="preserve">Biuro Obsługi Klienta - </w:t>
      </w:r>
      <w:r w:rsidRPr="00F279F1">
        <w:rPr>
          <w:sz w:val="28"/>
          <w:szCs w:val="28"/>
        </w:rPr>
        <w:t>miejsce w Urzędzie, gdzie możesz zostawić pismo i zapytać o sprawę.</w:t>
      </w:r>
    </w:p>
    <w:sectPr w:rsidR="00696D3B" w:rsidRPr="00D57E8D" w:rsidSect="007F724E">
      <w:footerReference w:type="default" r:id="rId38"/>
      <w:pgSz w:w="12240" w:h="15840"/>
      <w:pgMar w:top="1417" w:right="1417" w:bottom="1417" w:left="1417" w:header="340" w:footer="283" w:gutter="0"/>
      <w:cols w:space="720"/>
      <w:docGrid w:linePitch="43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4F095CD" w14:textId="77777777" w:rsidR="00620E4B" w:rsidRPr="00F279F1" w:rsidRDefault="00620E4B">
      <w:pPr>
        <w:spacing w:before="0" w:after="0" w:line="240" w:lineRule="auto"/>
      </w:pPr>
      <w:r w:rsidRPr="00F279F1">
        <w:separator/>
      </w:r>
    </w:p>
  </w:endnote>
  <w:endnote w:type="continuationSeparator" w:id="0">
    <w:p w14:paraId="29DB289E" w14:textId="77777777" w:rsidR="00620E4B" w:rsidRPr="00F279F1" w:rsidRDefault="00620E4B">
      <w:pPr>
        <w:spacing w:before="0" w:after="0" w:line="240" w:lineRule="auto"/>
      </w:pPr>
      <w:r w:rsidRPr="00F279F1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ourier">
    <w:panose1 w:val="02070309020205020404"/>
    <w:charset w:val="00"/>
    <w:family w:val="auto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sz w:val="28"/>
        <w:szCs w:val="28"/>
      </w:rPr>
      <w:id w:val="501094640"/>
      <w:docPartObj>
        <w:docPartGallery w:val="Page Numbers (Bottom of Page)"/>
        <w:docPartUnique/>
      </w:docPartObj>
    </w:sdtPr>
    <w:sdtContent>
      <w:sdt>
        <w:sdtPr>
          <w:rPr>
            <w:sz w:val="28"/>
            <w:szCs w:val="28"/>
          </w:rPr>
          <w:id w:val="1728636285"/>
          <w:docPartObj>
            <w:docPartGallery w:val="Page Numbers (Top of Page)"/>
            <w:docPartUnique/>
          </w:docPartObj>
        </w:sdtPr>
        <w:sdtContent>
          <w:p w14:paraId="3D33DF0C" w14:textId="00EF8BAF" w:rsidR="007F724E" w:rsidRPr="00F279F1" w:rsidRDefault="007F724E">
            <w:pPr>
              <w:pStyle w:val="Stopka"/>
              <w:jc w:val="center"/>
              <w:rPr>
                <w:sz w:val="28"/>
                <w:szCs w:val="28"/>
              </w:rPr>
            </w:pPr>
            <w:r w:rsidRPr="00F279F1">
              <w:rPr>
                <w:sz w:val="28"/>
                <w:szCs w:val="28"/>
              </w:rPr>
              <w:t xml:space="preserve">Strona </w:t>
            </w:r>
            <w:r w:rsidRPr="00F279F1">
              <w:rPr>
                <w:b/>
                <w:bCs/>
                <w:sz w:val="28"/>
                <w:szCs w:val="28"/>
              </w:rPr>
              <w:fldChar w:fldCharType="begin"/>
            </w:r>
            <w:r w:rsidRPr="00F279F1">
              <w:rPr>
                <w:b/>
                <w:bCs/>
                <w:sz w:val="28"/>
                <w:szCs w:val="28"/>
              </w:rPr>
              <w:instrText>PAGE</w:instrText>
            </w:r>
            <w:r w:rsidRPr="00F279F1">
              <w:rPr>
                <w:b/>
                <w:bCs/>
                <w:sz w:val="28"/>
                <w:szCs w:val="28"/>
              </w:rPr>
              <w:fldChar w:fldCharType="separate"/>
            </w:r>
            <w:r w:rsidRPr="00F279F1">
              <w:rPr>
                <w:b/>
                <w:bCs/>
                <w:sz w:val="28"/>
                <w:szCs w:val="28"/>
              </w:rPr>
              <w:t>2</w:t>
            </w:r>
            <w:r w:rsidRPr="00F279F1">
              <w:rPr>
                <w:b/>
                <w:bCs/>
                <w:sz w:val="28"/>
                <w:szCs w:val="28"/>
              </w:rPr>
              <w:fldChar w:fldCharType="end"/>
            </w:r>
            <w:r w:rsidRPr="00F279F1">
              <w:rPr>
                <w:sz w:val="28"/>
                <w:szCs w:val="28"/>
              </w:rPr>
              <w:t xml:space="preserve"> z </w:t>
            </w:r>
            <w:r w:rsidRPr="00F279F1">
              <w:rPr>
                <w:b/>
                <w:bCs/>
                <w:sz w:val="28"/>
                <w:szCs w:val="28"/>
              </w:rPr>
              <w:fldChar w:fldCharType="begin"/>
            </w:r>
            <w:r w:rsidRPr="00F279F1">
              <w:rPr>
                <w:b/>
                <w:bCs/>
                <w:sz w:val="28"/>
                <w:szCs w:val="28"/>
              </w:rPr>
              <w:instrText>NUMPAGES</w:instrText>
            </w:r>
            <w:r w:rsidRPr="00F279F1">
              <w:rPr>
                <w:b/>
                <w:bCs/>
                <w:sz w:val="28"/>
                <w:szCs w:val="28"/>
              </w:rPr>
              <w:fldChar w:fldCharType="separate"/>
            </w:r>
            <w:r w:rsidRPr="00F279F1">
              <w:rPr>
                <w:b/>
                <w:bCs/>
                <w:sz w:val="28"/>
                <w:szCs w:val="28"/>
              </w:rPr>
              <w:t>2</w:t>
            </w:r>
            <w:r w:rsidRPr="00F279F1">
              <w:rPr>
                <w:b/>
                <w:bCs/>
                <w:sz w:val="28"/>
                <w:szCs w:val="28"/>
              </w:rPr>
              <w:fldChar w:fldCharType="end"/>
            </w:r>
          </w:p>
        </w:sdtContent>
      </w:sdt>
    </w:sdtContent>
  </w:sdt>
  <w:p w14:paraId="4D0AA377" w14:textId="771D618A" w:rsidR="00696D3B" w:rsidRPr="00F279F1" w:rsidRDefault="00696D3B">
    <w:pPr>
      <w:pStyle w:val="Stopka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A837BBD" w14:textId="77777777" w:rsidR="00620E4B" w:rsidRPr="00F279F1" w:rsidRDefault="00620E4B">
      <w:pPr>
        <w:spacing w:before="0" w:after="0" w:line="240" w:lineRule="auto"/>
      </w:pPr>
      <w:r w:rsidRPr="00F279F1">
        <w:separator/>
      </w:r>
    </w:p>
  </w:footnote>
  <w:footnote w:type="continuationSeparator" w:id="0">
    <w:p w14:paraId="2B0CAD2D" w14:textId="77777777" w:rsidR="00620E4B" w:rsidRPr="00F279F1" w:rsidRDefault="00620E4B">
      <w:pPr>
        <w:spacing w:before="0" w:after="0" w:line="240" w:lineRule="auto"/>
      </w:pPr>
      <w:r w:rsidRPr="00F279F1"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Listanumerowana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Listanumerowana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Listapunktowana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Listapunktowana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Listanumerowan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Listapunktowan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9" w15:restartNumberingAfterBreak="0">
    <w:nsid w:val="0C647ED8"/>
    <w:multiLevelType w:val="hybridMultilevel"/>
    <w:tmpl w:val="71F437C4"/>
    <w:lvl w:ilvl="0" w:tplc="B31CEEC0">
      <w:numFmt w:val="bullet"/>
      <w:lvlText w:val="•"/>
      <w:lvlJc w:val="left"/>
      <w:pPr>
        <w:ind w:left="587" w:hanging="360"/>
      </w:pPr>
      <w:rPr>
        <w:rFonts w:ascii="Symbol" w:eastAsia="Arial" w:hAnsi="Symbol" w:cs="Arial" w:hint="default"/>
        <w:sz w:val="28"/>
        <w:szCs w:val="28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4DE48AF"/>
    <w:multiLevelType w:val="hybridMultilevel"/>
    <w:tmpl w:val="32DC8F1E"/>
    <w:lvl w:ilvl="0" w:tplc="A7AC0384">
      <w:numFmt w:val="bullet"/>
      <w:lvlText w:val="•"/>
      <w:lvlJc w:val="left"/>
      <w:pPr>
        <w:ind w:left="360" w:hanging="360"/>
      </w:pPr>
      <w:rPr>
        <w:rFonts w:ascii="Arial" w:eastAsia="Arial" w:hAnsi="Arial" w:cs="Aria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5A75CB2"/>
    <w:multiLevelType w:val="hybridMultilevel"/>
    <w:tmpl w:val="E912FD12"/>
    <w:lvl w:ilvl="0" w:tplc="A7AC0384">
      <w:numFmt w:val="bullet"/>
      <w:lvlText w:val="•"/>
      <w:lvlJc w:val="left"/>
      <w:pPr>
        <w:ind w:left="947" w:hanging="360"/>
      </w:pPr>
      <w:rPr>
        <w:rFonts w:ascii="Arial" w:eastAsia="Arial" w:hAnsi="Arial" w:cs="Arial" w:hint="default"/>
      </w:rPr>
    </w:lvl>
    <w:lvl w:ilvl="1" w:tplc="04150003" w:tentative="1">
      <w:start w:val="1"/>
      <w:numFmt w:val="bullet"/>
      <w:lvlText w:val="o"/>
      <w:lvlJc w:val="left"/>
      <w:pPr>
        <w:ind w:left="2027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747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467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187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907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627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347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067" w:hanging="360"/>
      </w:pPr>
      <w:rPr>
        <w:rFonts w:ascii="Wingdings" w:hAnsi="Wingdings" w:hint="default"/>
      </w:rPr>
    </w:lvl>
  </w:abstractNum>
  <w:abstractNum w:abstractNumId="12" w15:restartNumberingAfterBreak="0">
    <w:nsid w:val="20B160E2"/>
    <w:multiLevelType w:val="hybridMultilevel"/>
    <w:tmpl w:val="EC96C81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58F0904"/>
    <w:multiLevelType w:val="hybridMultilevel"/>
    <w:tmpl w:val="4004450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2B23E44">
      <w:numFmt w:val="bullet"/>
      <w:lvlText w:val="•"/>
      <w:lvlJc w:val="left"/>
      <w:pPr>
        <w:ind w:left="1440" w:hanging="360"/>
      </w:pPr>
      <w:rPr>
        <w:rFonts w:ascii="Arial" w:eastAsia="Arial" w:hAnsi="Arial" w:cs="Arial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A722010"/>
    <w:multiLevelType w:val="hybridMultilevel"/>
    <w:tmpl w:val="7C82003C"/>
    <w:lvl w:ilvl="0" w:tplc="A7AC0384">
      <w:numFmt w:val="bullet"/>
      <w:lvlText w:val="•"/>
      <w:lvlJc w:val="left"/>
      <w:pPr>
        <w:ind w:left="360" w:hanging="360"/>
      </w:pPr>
      <w:rPr>
        <w:rFonts w:ascii="Arial" w:eastAsia="Arial" w:hAnsi="Arial" w:cs="Aria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44A3EB4"/>
    <w:multiLevelType w:val="hybridMultilevel"/>
    <w:tmpl w:val="EE0E339E"/>
    <w:lvl w:ilvl="0" w:tplc="0CAC6750">
      <w:numFmt w:val="bullet"/>
      <w:lvlText w:val="•"/>
      <w:lvlJc w:val="left"/>
      <w:pPr>
        <w:ind w:left="587" w:hanging="360"/>
      </w:pPr>
      <w:rPr>
        <w:rFonts w:ascii="Arial" w:eastAsia="Arial" w:hAnsi="Arial" w:cs="Arial" w:hint="default"/>
        <w:sz w:val="32"/>
      </w:rPr>
    </w:lvl>
    <w:lvl w:ilvl="1" w:tplc="04150003" w:tentative="1">
      <w:start w:val="1"/>
      <w:numFmt w:val="bullet"/>
      <w:lvlText w:val="o"/>
      <w:lvlJc w:val="left"/>
      <w:pPr>
        <w:ind w:left="1307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027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747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467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187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907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627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347" w:hanging="360"/>
      </w:pPr>
      <w:rPr>
        <w:rFonts w:ascii="Wingdings" w:hAnsi="Wingdings" w:hint="default"/>
      </w:rPr>
    </w:lvl>
  </w:abstractNum>
  <w:abstractNum w:abstractNumId="16" w15:restartNumberingAfterBreak="0">
    <w:nsid w:val="44441B68"/>
    <w:multiLevelType w:val="hybridMultilevel"/>
    <w:tmpl w:val="02ACC8B8"/>
    <w:lvl w:ilvl="0" w:tplc="CEDC4478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78903CC"/>
    <w:multiLevelType w:val="hybridMultilevel"/>
    <w:tmpl w:val="22068E1A"/>
    <w:lvl w:ilvl="0" w:tplc="04150001">
      <w:start w:val="1"/>
      <w:numFmt w:val="bullet"/>
      <w:lvlText w:val=""/>
      <w:lvlJc w:val="left"/>
      <w:pPr>
        <w:ind w:left="587" w:hanging="360"/>
      </w:pPr>
      <w:rPr>
        <w:rFonts w:ascii="Symbol" w:hAnsi="Symbol" w:hint="default"/>
        <w:sz w:val="28"/>
        <w:szCs w:val="28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111264F"/>
    <w:multiLevelType w:val="hybridMultilevel"/>
    <w:tmpl w:val="CDDCE556"/>
    <w:lvl w:ilvl="0" w:tplc="A7AC0384">
      <w:numFmt w:val="bullet"/>
      <w:lvlText w:val="•"/>
      <w:lvlJc w:val="left"/>
      <w:pPr>
        <w:ind w:left="587" w:hanging="360"/>
      </w:pPr>
      <w:rPr>
        <w:rFonts w:ascii="Arial" w:eastAsia="Arial" w:hAnsi="Arial" w:cs="Arial" w:hint="default"/>
      </w:rPr>
    </w:lvl>
    <w:lvl w:ilvl="1" w:tplc="04150003" w:tentative="1">
      <w:start w:val="1"/>
      <w:numFmt w:val="bullet"/>
      <w:lvlText w:val="o"/>
      <w:lvlJc w:val="left"/>
      <w:pPr>
        <w:ind w:left="1667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387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107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827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547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267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987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707" w:hanging="360"/>
      </w:pPr>
      <w:rPr>
        <w:rFonts w:ascii="Wingdings" w:hAnsi="Wingdings" w:hint="default"/>
      </w:rPr>
    </w:lvl>
  </w:abstractNum>
  <w:abstractNum w:abstractNumId="19" w15:restartNumberingAfterBreak="0">
    <w:nsid w:val="63823AC2"/>
    <w:multiLevelType w:val="hybridMultilevel"/>
    <w:tmpl w:val="CBB8DD06"/>
    <w:lvl w:ilvl="0" w:tplc="04150001">
      <w:start w:val="1"/>
      <w:numFmt w:val="bullet"/>
      <w:lvlText w:val=""/>
      <w:lvlJc w:val="left"/>
      <w:pPr>
        <w:ind w:left="947" w:hanging="360"/>
      </w:pPr>
      <w:rPr>
        <w:rFonts w:ascii="Symbol" w:hAnsi="Symbol" w:hint="default"/>
      </w:rPr>
    </w:lvl>
    <w:lvl w:ilvl="1" w:tplc="D04C9C20">
      <w:numFmt w:val="bullet"/>
      <w:lvlText w:val="•"/>
      <w:lvlJc w:val="left"/>
      <w:pPr>
        <w:ind w:left="1667" w:hanging="360"/>
      </w:pPr>
      <w:rPr>
        <w:rFonts w:ascii="Arial" w:eastAsia="Arial" w:hAnsi="Arial" w:cs="Arial" w:hint="default"/>
      </w:rPr>
    </w:lvl>
    <w:lvl w:ilvl="2" w:tplc="04150005" w:tentative="1">
      <w:start w:val="1"/>
      <w:numFmt w:val="bullet"/>
      <w:lvlText w:val=""/>
      <w:lvlJc w:val="left"/>
      <w:pPr>
        <w:ind w:left="2387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107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827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547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267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987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707" w:hanging="360"/>
      </w:pPr>
      <w:rPr>
        <w:rFonts w:ascii="Wingdings" w:hAnsi="Wingdings" w:hint="default"/>
      </w:rPr>
    </w:lvl>
  </w:abstractNum>
  <w:abstractNum w:abstractNumId="20" w15:restartNumberingAfterBreak="0">
    <w:nsid w:val="71DB3E76"/>
    <w:multiLevelType w:val="hybridMultilevel"/>
    <w:tmpl w:val="105C1784"/>
    <w:lvl w:ilvl="0" w:tplc="A7AC0384">
      <w:numFmt w:val="bullet"/>
      <w:lvlText w:val="•"/>
      <w:lvlJc w:val="left"/>
      <w:pPr>
        <w:ind w:left="1080" w:hanging="360"/>
      </w:pPr>
      <w:rPr>
        <w:rFonts w:ascii="Arial" w:eastAsia="Arial" w:hAnsi="Arial" w:cs="Aria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74A06224"/>
    <w:multiLevelType w:val="hybridMultilevel"/>
    <w:tmpl w:val="AA8C57C2"/>
    <w:lvl w:ilvl="0" w:tplc="04150001">
      <w:start w:val="1"/>
      <w:numFmt w:val="bullet"/>
      <w:lvlText w:val=""/>
      <w:lvlJc w:val="left"/>
      <w:pPr>
        <w:ind w:left="947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667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387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107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827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547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267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987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707" w:hanging="360"/>
      </w:pPr>
      <w:rPr>
        <w:rFonts w:ascii="Wingdings" w:hAnsi="Wingdings" w:hint="default"/>
      </w:rPr>
    </w:lvl>
  </w:abstractNum>
  <w:abstractNum w:abstractNumId="22" w15:restartNumberingAfterBreak="0">
    <w:nsid w:val="75131C9A"/>
    <w:multiLevelType w:val="hybridMultilevel"/>
    <w:tmpl w:val="57420870"/>
    <w:lvl w:ilvl="0" w:tplc="A7AC0384">
      <w:numFmt w:val="bullet"/>
      <w:lvlText w:val="•"/>
      <w:lvlJc w:val="left"/>
      <w:pPr>
        <w:ind w:left="360" w:hanging="360"/>
      </w:pPr>
      <w:rPr>
        <w:rFonts w:ascii="Arial" w:eastAsia="Arial" w:hAnsi="Arial" w:cs="Aria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421564815">
    <w:abstractNumId w:val="8"/>
  </w:num>
  <w:num w:numId="2" w16cid:durableId="135345902">
    <w:abstractNumId w:val="6"/>
  </w:num>
  <w:num w:numId="3" w16cid:durableId="1063941386">
    <w:abstractNumId w:val="5"/>
  </w:num>
  <w:num w:numId="4" w16cid:durableId="1074744149">
    <w:abstractNumId w:val="4"/>
  </w:num>
  <w:num w:numId="5" w16cid:durableId="301276797">
    <w:abstractNumId w:val="7"/>
  </w:num>
  <w:num w:numId="6" w16cid:durableId="512888536">
    <w:abstractNumId w:val="3"/>
  </w:num>
  <w:num w:numId="7" w16cid:durableId="71053288">
    <w:abstractNumId w:val="2"/>
  </w:num>
  <w:num w:numId="8" w16cid:durableId="654341164">
    <w:abstractNumId w:val="1"/>
  </w:num>
  <w:num w:numId="9" w16cid:durableId="573854210">
    <w:abstractNumId w:val="0"/>
  </w:num>
  <w:num w:numId="10" w16cid:durableId="1958097241">
    <w:abstractNumId w:val="19"/>
  </w:num>
  <w:num w:numId="11" w16cid:durableId="1174220021">
    <w:abstractNumId w:val="21"/>
  </w:num>
  <w:num w:numId="12" w16cid:durableId="545946356">
    <w:abstractNumId w:val="13"/>
  </w:num>
  <w:num w:numId="13" w16cid:durableId="829641960">
    <w:abstractNumId w:val="12"/>
  </w:num>
  <w:num w:numId="14" w16cid:durableId="1367679313">
    <w:abstractNumId w:val="22"/>
  </w:num>
  <w:num w:numId="15" w16cid:durableId="1268536671">
    <w:abstractNumId w:val="20"/>
  </w:num>
  <w:num w:numId="16" w16cid:durableId="1823807720">
    <w:abstractNumId w:val="14"/>
  </w:num>
  <w:num w:numId="17" w16cid:durableId="1238710706">
    <w:abstractNumId w:val="11"/>
  </w:num>
  <w:num w:numId="18" w16cid:durableId="101536713">
    <w:abstractNumId w:val="10"/>
  </w:num>
  <w:num w:numId="19" w16cid:durableId="1476022446">
    <w:abstractNumId w:val="18"/>
  </w:num>
  <w:num w:numId="20" w16cid:durableId="1854147060">
    <w:abstractNumId w:val="15"/>
  </w:num>
  <w:num w:numId="21" w16cid:durableId="511803050">
    <w:abstractNumId w:val="9"/>
  </w:num>
  <w:num w:numId="22" w16cid:durableId="1437288701">
    <w:abstractNumId w:val="17"/>
  </w:num>
  <w:num w:numId="23" w16cid:durableId="125008955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7730"/>
    <w:rsid w:val="00034616"/>
    <w:rsid w:val="0006063C"/>
    <w:rsid w:val="00122384"/>
    <w:rsid w:val="0015074B"/>
    <w:rsid w:val="00230112"/>
    <w:rsid w:val="00265BA1"/>
    <w:rsid w:val="0029639D"/>
    <w:rsid w:val="00326F90"/>
    <w:rsid w:val="004E4A49"/>
    <w:rsid w:val="00620E4B"/>
    <w:rsid w:val="006228DB"/>
    <w:rsid w:val="00696D3B"/>
    <w:rsid w:val="00703613"/>
    <w:rsid w:val="007F724E"/>
    <w:rsid w:val="00945723"/>
    <w:rsid w:val="00A23057"/>
    <w:rsid w:val="00A62447"/>
    <w:rsid w:val="00AA1D8D"/>
    <w:rsid w:val="00B17623"/>
    <w:rsid w:val="00B47730"/>
    <w:rsid w:val="00C301D3"/>
    <w:rsid w:val="00C36F0A"/>
    <w:rsid w:val="00CB0664"/>
    <w:rsid w:val="00D57E8D"/>
    <w:rsid w:val="00DF60BF"/>
    <w:rsid w:val="00F1370C"/>
    <w:rsid w:val="00F279F1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7909E0BC"/>
  <w14:defaultImageDpi w14:val="300"/>
  <w15:docId w15:val="{7C4452B6-FDA3-4E5F-A8A1-87ABCEEE54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before="240" w:after="240" w:line="30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FC693F"/>
    <w:rPr>
      <w:rFonts w:ascii="Arial" w:eastAsia="Arial" w:hAnsi="Arial"/>
      <w:sz w:val="32"/>
      <w:lang w:val="pl-PL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7F724E"/>
    <w:pPr>
      <w:keepNext/>
      <w:keepLines/>
      <w:spacing w:before="480" w:after="0"/>
      <w:outlineLvl w:val="0"/>
    </w:pPr>
    <w:rPr>
      <w:rFonts w:eastAsiaTheme="majorEastAsia" w:cstheme="majorBidi"/>
      <w:b/>
      <w:bCs/>
      <w:sz w:val="44"/>
      <w:szCs w:val="28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122384"/>
    <w:pPr>
      <w:keepNext/>
      <w:keepLines/>
      <w:spacing w:before="200" w:after="0"/>
      <w:outlineLvl w:val="1"/>
    </w:pPr>
    <w:rPr>
      <w:rFonts w:eastAsiaTheme="majorEastAsia" w:cstheme="majorBidi"/>
      <w:b/>
      <w:bCs/>
      <w:color w:val="000000" w:themeColor="text1"/>
      <w:sz w:val="40"/>
      <w:szCs w:val="26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122384"/>
    <w:pPr>
      <w:keepNext/>
      <w:keepLines/>
      <w:spacing w:before="200" w:after="0"/>
      <w:outlineLvl w:val="2"/>
    </w:pPr>
    <w:rPr>
      <w:rFonts w:eastAsiaTheme="majorEastAsia" w:cstheme="majorBidi"/>
      <w:b/>
      <w:bCs/>
      <w:color w:val="000000" w:themeColor="text1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E618BF"/>
  </w:style>
  <w:style w:type="paragraph" w:styleId="Stopka">
    <w:name w:val="footer"/>
    <w:basedOn w:val="Normalny"/>
    <w:link w:val="StopkaZnak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E618BF"/>
  </w:style>
  <w:style w:type="paragraph" w:styleId="Bezodstpw">
    <w:name w:val="No Spacing"/>
    <w:uiPriority w:val="1"/>
    <w:qFormat/>
    <w:rsid w:val="00FC693F"/>
    <w:pPr>
      <w:spacing w:after="0" w:line="240" w:lineRule="auto"/>
    </w:pPr>
  </w:style>
  <w:style w:type="character" w:customStyle="1" w:styleId="Nagwek1Znak">
    <w:name w:val="Nagłówek 1 Znak"/>
    <w:basedOn w:val="Domylnaczcionkaakapitu"/>
    <w:link w:val="Nagwek1"/>
    <w:uiPriority w:val="9"/>
    <w:rsid w:val="007F724E"/>
    <w:rPr>
      <w:rFonts w:ascii="Arial" w:eastAsiaTheme="majorEastAsia" w:hAnsi="Arial" w:cstheme="majorBidi"/>
      <w:b/>
      <w:bCs/>
      <w:sz w:val="44"/>
      <w:szCs w:val="28"/>
    </w:rPr>
  </w:style>
  <w:style w:type="character" w:customStyle="1" w:styleId="Nagwek2Znak">
    <w:name w:val="Nagłówek 2 Znak"/>
    <w:basedOn w:val="Domylnaczcionkaakapitu"/>
    <w:link w:val="Nagwek2"/>
    <w:uiPriority w:val="9"/>
    <w:rsid w:val="00122384"/>
    <w:rPr>
      <w:rFonts w:ascii="Arial" w:eastAsiaTheme="majorEastAsia" w:hAnsi="Arial" w:cstheme="majorBidi"/>
      <w:b/>
      <w:bCs/>
      <w:color w:val="000000" w:themeColor="text1"/>
      <w:sz w:val="40"/>
      <w:szCs w:val="26"/>
    </w:rPr>
  </w:style>
  <w:style w:type="character" w:customStyle="1" w:styleId="Nagwek3Znak">
    <w:name w:val="Nagłówek 3 Znak"/>
    <w:basedOn w:val="Domylnaczcionkaakapitu"/>
    <w:link w:val="Nagwek3"/>
    <w:uiPriority w:val="9"/>
    <w:rsid w:val="00122384"/>
    <w:rPr>
      <w:rFonts w:ascii="Arial" w:eastAsiaTheme="majorEastAsia" w:hAnsi="Arial" w:cstheme="majorBidi"/>
      <w:b/>
      <w:bCs/>
      <w:color w:val="000000" w:themeColor="text1"/>
      <w:sz w:val="32"/>
    </w:rPr>
  </w:style>
  <w:style w:type="paragraph" w:styleId="Tytu">
    <w:name w:val="Title"/>
    <w:basedOn w:val="Normalny"/>
    <w:next w:val="Normalny"/>
    <w:link w:val="TytuZnak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ytuZnak">
    <w:name w:val="Tytuł Znak"/>
    <w:basedOn w:val="Domylnaczcionkaakapitu"/>
    <w:link w:val="Tytu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PodtytuZnak">
    <w:name w:val="Podtytuł Znak"/>
    <w:basedOn w:val="Domylnaczcionkaakapitu"/>
    <w:link w:val="Podtytu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kapitzlist">
    <w:name w:val="List Paragraph"/>
    <w:basedOn w:val="Normalny"/>
    <w:uiPriority w:val="34"/>
    <w:qFormat/>
    <w:rsid w:val="00FC693F"/>
    <w:pPr>
      <w:ind w:left="720"/>
      <w:contextualSpacing/>
    </w:pPr>
  </w:style>
  <w:style w:type="paragraph" w:styleId="Tekstpodstawowy">
    <w:name w:val="Body Text"/>
    <w:basedOn w:val="Normalny"/>
    <w:link w:val="TekstpodstawowyZnak"/>
    <w:uiPriority w:val="99"/>
    <w:unhideWhenUsed/>
    <w:rsid w:val="00AA1D8D"/>
    <w:pPr>
      <w:spacing w:after="120"/>
    </w:pPr>
  </w:style>
  <w:style w:type="character" w:customStyle="1" w:styleId="TekstpodstawowyZnak">
    <w:name w:val="Tekst podstawowy Znak"/>
    <w:basedOn w:val="Domylnaczcionkaakapitu"/>
    <w:link w:val="Tekstpodstawowy"/>
    <w:uiPriority w:val="99"/>
    <w:rsid w:val="00AA1D8D"/>
  </w:style>
  <w:style w:type="paragraph" w:styleId="Tekstpodstawowy2">
    <w:name w:val="Body Text 2"/>
    <w:basedOn w:val="Normalny"/>
    <w:link w:val="Tekstpodstawowy2Znak"/>
    <w:uiPriority w:val="99"/>
    <w:unhideWhenUsed/>
    <w:rsid w:val="00AA1D8D"/>
    <w:pPr>
      <w:spacing w:after="120" w:line="480" w:lineRule="auto"/>
    </w:pPr>
  </w:style>
  <w:style w:type="character" w:customStyle="1" w:styleId="Tekstpodstawowy2Znak">
    <w:name w:val="Tekst podstawowy 2 Znak"/>
    <w:basedOn w:val="Domylnaczcionkaakapitu"/>
    <w:link w:val="Tekstpodstawowy2"/>
    <w:uiPriority w:val="99"/>
    <w:rsid w:val="00AA1D8D"/>
  </w:style>
  <w:style w:type="paragraph" w:styleId="Tekstpodstawowy3">
    <w:name w:val="Body Text 3"/>
    <w:basedOn w:val="Normalny"/>
    <w:link w:val="Tekstpodstawowy3Znak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Tekstpodstawowy3Znak">
    <w:name w:val="Tekst podstawowy 3 Znak"/>
    <w:basedOn w:val="Domylnaczcionkaakapitu"/>
    <w:link w:val="Tekstpodstawowy3"/>
    <w:uiPriority w:val="99"/>
    <w:rsid w:val="00AA1D8D"/>
    <w:rPr>
      <w:sz w:val="16"/>
      <w:szCs w:val="16"/>
    </w:rPr>
  </w:style>
  <w:style w:type="paragraph" w:styleId="Lista">
    <w:name w:val="List"/>
    <w:basedOn w:val="Normalny"/>
    <w:uiPriority w:val="99"/>
    <w:unhideWhenUsed/>
    <w:rsid w:val="00AA1D8D"/>
    <w:pPr>
      <w:ind w:left="360" w:hanging="360"/>
      <w:contextualSpacing/>
    </w:pPr>
  </w:style>
  <w:style w:type="paragraph" w:styleId="Lista2">
    <w:name w:val="List 2"/>
    <w:basedOn w:val="Normalny"/>
    <w:uiPriority w:val="99"/>
    <w:unhideWhenUsed/>
    <w:rsid w:val="00326F90"/>
    <w:pPr>
      <w:ind w:left="720" w:hanging="360"/>
      <w:contextualSpacing/>
    </w:pPr>
  </w:style>
  <w:style w:type="paragraph" w:styleId="Lista3">
    <w:name w:val="List 3"/>
    <w:basedOn w:val="Normalny"/>
    <w:uiPriority w:val="99"/>
    <w:unhideWhenUsed/>
    <w:rsid w:val="00326F90"/>
    <w:pPr>
      <w:ind w:left="1080" w:hanging="360"/>
      <w:contextualSpacing/>
    </w:pPr>
  </w:style>
  <w:style w:type="paragraph" w:styleId="Listapunktowana">
    <w:name w:val="List Bullet"/>
    <w:basedOn w:val="Normalny"/>
    <w:uiPriority w:val="99"/>
    <w:unhideWhenUsed/>
    <w:rsid w:val="00326F90"/>
    <w:pPr>
      <w:numPr>
        <w:numId w:val="1"/>
      </w:numPr>
      <w:contextualSpacing/>
    </w:pPr>
  </w:style>
  <w:style w:type="paragraph" w:styleId="Listapunktowana2">
    <w:name w:val="List Bullet 2"/>
    <w:basedOn w:val="Normalny"/>
    <w:uiPriority w:val="99"/>
    <w:unhideWhenUsed/>
    <w:rsid w:val="00326F90"/>
    <w:pPr>
      <w:numPr>
        <w:numId w:val="2"/>
      </w:numPr>
      <w:contextualSpacing/>
    </w:pPr>
  </w:style>
  <w:style w:type="paragraph" w:styleId="Listapunktowana3">
    <w:name w:val="List Bullet 3"/>
    <w:basedOn w:val="Normalny"/>
    <w:uiPriority w:val="99"/>
    <w:unhideWhenUsed/>
    <w:rsid w:val="00326F90"/>
    <w:pPr>
      <w:numPr>
        <w:numId w:val="3"/>
      </w:numPr>
      <w:contextualSpacing/>
    </w:pPr>
  </w:style>
  <w:style w:type="paragraph" w:styleId="Listanumerowana">
    <w:name w:val="List Number"/>
    <w:basedOn w:val="Normalny"/>
    <w:uiPriority w:val="99"/>
    <w:unhideWhenUsed/>
    <w:rsid w:val="00326F90"/>
    <w:pPr>
      <w:numPr>
        <w:numId w:val="5"/>
      </w:numPr>
      <w:contextualSpacing/>
    </w:pPr>
  </w:style>
  <w:style w:type="paragraph" w:styleId="Listanumerowana2">
    <w:name w:val="List Number 2"/>
    <w:basedOn w:val="Normalny"/>
    <w:uiPriority w:val="99"/>
    <w:unhideWhenUsed/>
    <w:rsid w:val="0029639D"/>
    <w:pPr>
      <w:numPr>
        <w:numId w:val="6"/>
      </w:numPr>
      <w:contextualSpacing/>
    </w:pPr>
  </w:style>
  <w:style w:type="paragraph" w:styleId="Listanumerowana3">
    <w:name w:val="List Number 3"/>
    <w:basedOn w:val="Normalny"/>
    <w:uiPriority w:val="99"/>
    <w:unhideWhenUsed/>
    <w:rsid w:val="0029639D"/>
    <w:pPr>
      <w:numPr>
        <w:numId w:val="7"/>
      </w:numPr>
      <w:contextualSpacing/>
    </w:pPr>
  </w:style>
  <w:style w:type="paragraph" w:styleId="Lista-kontynuacja">
    <w:name w:val="List Continue"/>
    <w:basedOn w:val="Normalny"/>
    <w:uiPriority w:val="99"/>
    <w:unhideWhenUsed/>
    <w:rsid w:val="0029639D"/>
    <w:pPr>
      <w:spacing w:after="120"/>
      <w:ind w:left="360"/>
      <w:contextualSpacing/>
    </w:pPr>
  </w:style>
  <w:style w:type="paragraph" w:styleId="Lista-kontynuacja2">
    <w:name w:val="List Continue 2"/>
    <w:basedOn w:val="Normalny"/>
    <w:uiPriority w:val="99"/>
    <w:unhideWhenUsed/>
    <w:rsid w:val="0029639D"/>
    <w:pPr>
      <w:spacing w:after="120"/>
      <w:ind w:left="720"/>
      <w:contextualSpacing/>
    </w:pPr>
  </w:style>
  <w:style w:type="paragraph" w:styleId="Lista-kontynuacja3">
    <w:name w:val="List Continue 3"/>
    <w:basedOn w:val="Normalny"/>
    <w:uiPriority w:val="99"/>
    <w:unhideWhenUsed/>
    <w:rsid w:val="0029639D"/>
    <w:pPr>
      <w:spacing w:after="120"/>
      <w:ind w:left="1080"/>
      <w:contextualSpacing/>
    </w:pPr>
  </w:style>
  <w:style w:type="paragraph" w:styleId="Tekstmakra">
    <w:name w:val="macro"/>
    <w:link w:val="TekstmakraZnak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TekstmakraZnak">
    <w:name w:val="Tekst makra Znak"/>
    <w:basedOn w:val="Domylnaczcionkaakapitu"/>
    <w:link w:val="Tekstmakra"/>
    <w:uiPriority w:val="99"/>
    <w:rsid w:val="0029639D"/>
    <w:rPr>
      <w:rFonts w:ascii="Courier" w:hAnsi="Courier"/>
      <w:sz w:val="20"/>
      <w:szCs w:val="20"/>
    </w:rPr>
  </w:style>
  <w:style w:type="paragraph" w:styleId="Cytat">
    <w:name w:val="Quote"/>
    <w:basedOn w:val="Normalny"/>
    <w:next w:val="Normalny"/>
    <w:link w:val="CytatZnak"/>
    <w:uiPriority w:val="29"/>
    <w:qFormat/>
    <w:rsid w:val="00FC693F"/>
    <w:rPr>
      <w:i/>
      <w:iCs/>
      <w:color w:val="000000" w:themeColor="text1"/>
    </w:rPr>
  </w:style>
  <w:style w:type="character" w:customStyle="1" w:styleId="CytatZnak">
    <w:name w:val="Cytat Znak"/>
    <w:basedOn w:val="Domylnaczcionkaakapitu"/>
    <w:link w:val="Cytat"/>
    <w:uiPriority w:val="29"/>
    <w:rsid w:val="00FC693F"/>
    <w:rPr>
      <w:i/>
      <w:iCs/>
      <w:color w:val="000000" w:themeColor="text1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Legenda">
    <w:name w:val="caption"/>
    <w:basedOn w:val="Normalny"/>
    <w:next w:val="Normalny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Pogrubienie">
    <w:name w:val="Strong"/>
    <w:basedOn w:val="Domylnaczcionkaakapitu"/>
    <w:uiPriority w:val="22"/>
    <w:qFormat/>
    <w:rsid w:val="00FC693F"/>
    <w:rPr>
      <w:b/>
      <w:bCs/>
    </w:rPr>
  </w:style>
  <w:style w:type="character" w:styleId="Uwydatnienie">
    <w:name w:val="Emphasis"/>
    <w:basedOn w:val="Domylnaczcionkaakapitu"/>
    <w:uiPriority w:val="20"/>
    <w:qFormat/>
    <w:rsid w:val="00FC693F"/>
    <w:rPr>
      <w:i/>
      <w:iCs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FC693F"/>
    <w:rPr>
      <w:b/>
      <w:bCs/>
      <w:i/>
      <w:iCs/>
      <w:color w:val="4F81BD" w:themeColor="accent1"/>
    </w:rPr>
  </w:style>
  <w:style w:type="character" w:styleId="Wyrnieniedelikatne">
    <w:name w:val="Subtle Emphasis"/>
    <w:basedOn w:val="Domylnaczcionkaakapitu"/>
    <w:uiPriority w:val="19"/>
    <w:qFormat/>
    <w:rsid w:val="00FC693F"/>
    <w:rPr>
      <w:i/>
      <w:iCs/>
      <w:color w:val="808080" w:themeColor="text1" w:themeTint="7F"/>
    </w:rPr>
  </w:style>
  <w:style w:type="character" w:styleId="Wyrnienieintensywne">
    <w:name w:val="Intense Emphasis"/>
    <w:basedOn w:val="Domylnaczcionkaakapitu"/>
    <w:uiPriority w:val="21"/>
    <w:qFormat/>
    <w:rsid w:val="00FC693F"/>
    <w:rPr>
      <w:b/>
      <w:bCs/>
      <w:i/>
      <w:iCs/>
      <w:color w:val="4F81BD" w:themeColor="accent1"/>
    </w:rPr>
  </w:style>
  <w:style w:type="character" w:styleId="Odwoaniedelikatne">
    <w:name w:val="Subtle Reference"/>
    <w:basedOn w:val="Domylnaczcionkaakapitu"/>
    <w:uiPriority w:val="31"/>
    <w:qFormat/>
    <w:rsid w:val="00FC693F"/>
    <w:rPr>
      <w:smallCaps/>
      <w:color w:val="C0504D" w:themeColor="accent2"/>
      <w:u w:val="single"/>
    </w:rPr>
  </w:style>
  <w:style w:type="character" w:styleId="Odwoanieintensywne">
    <w:name w:val="Intense Reference"/>
    <w:basedOn w:val="Domylnaczcionkaakapitu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Tytuksiki">
    <w:name w:val="Book Title"/>
    <w:basedOn w:val="Domylnaczcionkaakapitu"/>
    <w:uiPriority w:val="33"/>
    <w:qFormat/>
    <w:rsid w:val="00FC693F"/>
    <w:rPr>
      <w:b/>
      <w:bCs/>
      <w:smallCaps/>
      <w:spacing w:val="5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FC693F"/>
    <w:pPr>
      <w:outlineLvl w:val="9"/>
    </w:pPr>
  </w:style>
  <w:style w:type="table" w:styleId="Tabela-Siatka">
    <w:name w:val="Table Grid"/>
    <w:basedOn w:val="Standardowy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Jasnecieniowanie">
    <w:name w:val="Light Shading"/>
    <w:basedOn w:val="Standardowy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Jasnecieniowanieakcent1">
    <w:name w:val="Light Shading Accent 1"/>
    <w:basedOn w:val="Standardowy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Jasnecieniowanieakcent2">
    <w:name w:val="Light Shading Accent 2"/>
    <w:basedOn w:val="Standardowy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Jasnecieniowanieakcent3">
    <w:name w:val="Light Shading Accent 3"/>
    <w:basedOn w:val="Standardowy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Jasnecieniowanieakcent4">
    <w:name w:val="Light Shading Accent 4"/>
    <w:basedOn w:val="Standardowy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Jasnecieniowanieakcent5">
    <w:name w:val="Light Shading Accent 5"/>
    <w:basedOn w:val="Standardowy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Jasnecieniowanieakcent6">
    <w:name w:val="Light Shading Accent 6"/>
    <w:basedOn w:val="Standardowy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Jasnalista">
    <w:name w:val="Light List"/>
    <w:basedOn w:val="Standardowy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Jasnalistaakcent1">
    <w:name w:val="Light List Accent 1"/>
    <w:basedOn w:val="Standardowy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Jasnalistaakcent2">
    <w:name w:val="Light List Accent 2"/>
    <w:basedOn w:val="Standardowy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Jasnalistaakcent3">
    <w:name w:val="Light List Accent 3"/>
    <w:basedOn w:val="Standardowy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Jasnalistaakcent4">
    <w:name w:val="Light List Accent 4"/>
    <w:basedOn w:val="Standardowy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Jasnalistaakcent5">
    <w:name w:val="Light List Accent 5"/>
    <w:basedOn w:val="Standardowy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Jasnalistaakcent6">
    <w:name w:val="Light List Accent 6"/>
    <w:basedOn w:val="Standardowy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Jasnasiatka">
    <w:name w:val="Light Grid"/>
    <w:basedOn w:val="Standardowy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Jasnasiatkaakcent1">
    <w:name w:val="Light Grid Accent 1"/>
    <w:basedOn w:val="Standardowy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Jasnasiatkaakcent2">
    <w:name w:val="Light Grid Accent 2"/>
    <w:basedOn w:val="Standardowy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Jasnasiatkaakcent3">
    <w:name w:val="Light Grid Accent 3"/>
    <w:basedOn w:val="Standardowy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Jasnasiatkaakcent4">
    <w:name w:val="Light Grid Accent 4"/>
    <w:basedOn w:val="Standardowy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Jasnasiatkaakcent5">
    <w:name w:val="Light Grid Accent 5"/>
    <w:basedOn w:val="Standardowy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Jasnasiatkaakcent6">
    <w:name w:val="Light Grid Accent 6"/>
    <w:basedOn w:val="Standardowy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redniecieniowanie1">
    <w:name w:val="Medium Shading 1"/>
    <w:basedOn w:val="Standardowy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redniecieniowanie1akcent1">
    <w:name w:val="Medium Shading 1 Accent 1"/>
    <w:basedOn w:val="Standardowy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redniecieniowanie1akcent2">
    <w:name w:val="Medium Shading 1 Accent 2"/>
    <w:basedOn w:val="Standardowy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redniecieniowanie1akcent3">
    <w:name w:val="Medium Shading 1 Accent 3"/>
    <w:basedOn w:val="Standardowy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redniecieniowanie1akcent4">
    <w:name w:val="Medium Shading 1 Accent 4"/>
    <w:basedOn w:val="Standardowy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redniecieniowanie1akcent5">
    <w:name w:val="Medium Shading 1 Accent 5"/>
    <w:basedOn w:val="Standardowy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redniecieniowanie1akcent6">
    <w:name w:val="Medium Shading 1 Accent 6"/>
    <w:basedOn w:val="Standardowy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redniecieniowanie2">
    <w:name w:val="Medium Shading 2"/>
    <w:basedOn w:val="Standardowy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redniecieniowanie2akcent1">
    <w:name w:val="Medium Shading 2 Accent 1"/>
    <w:basedOn w:val="Standardowy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redniecieniowanie2akcent2">
    <w:name w:val="Medium Shading 2 Accent 2"/>
    <w:basedOn w:val="Standardowy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redniecieniowanie2akcent3">
    <w:name w:val="Medium Shading 2 Accent 3"/>
    <w:basedOn w:val="Standardowy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redniecieniowanie2akcent4">
    <w:name w:val="Medium Shading 2 Accent 4"/>
    <w:basedOn w:val="Standardowy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redniecieniowanie2akcent5">
    <w:name w:val="Medium Shading 2 Accent 5"/>
    <w:basedOn w:val="Standardowy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redniecieniowanie2akcent6">
    <w:name w:val="Medium Shading 2 Accent 6"/>
    <w:basedOn w:val="Standardowy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rednialista1">
    <w:name w:val="Medium List 1"/>
    <w:basedOn w:val="Standardowy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rednialista1akcent1">
    <w:name w:val="Medium List 1 Accent 1"/>
    <w:basedOn w:val="Standardowy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rednialista1akcent2">
    <w:name w:val="Medium List 1 Accent 2"/>
    <w:basedOn w:val="Standardowy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rednialista1akcent3">
    <w:name w:val="Medium List 1 Accent 3"/>
    <w:basedOn w:val="Standardowy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rednialista1akcent4">
    <w:name w:val="Medium List 1 Accent 4"/>
    <w:basedOn w:val="Standardowy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rednialista1akcent5">
    <w:name w:val="Medium List 1 Accent 5"/>
    <w:basedOn w:val="Standardowy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rednialista1akcent6">
    <w:name w:val="Medium List 1 Accent 6"/>
    <w:basedOn w:val="Standardowy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rednialista2">
    <w:name w:val="Medium List 2"/>
    <w:basedOn w:val="Standardowy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lista2akcent1">
    <w:name w:val="Medium List 2 Accent 1"/>
    <w:basedOn w:val="Standardowy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lista2akcent2">
    <w:name w:val="Medium List 2 Accent 2"/>
    <w:basedOn w:val="Standardowy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lista2akcent3">
    <w:name w:val="Medium List 2 Accent 3"/>
    <w:basedOn w:val="Standardowy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lista2akcent4">
    <w:name w:val="Medium List 2 Accent 4"/>
    <w:basedOn w:val="Standardowy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lista2akcent5">
    <w:name w:val="Medium List 2 Accent 5"/>
    <w:basedOn w:val="Standardowy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lista2akcent6">
    <w:name w:val="Medium List 2 Accent 6"/>
    <w:basedOn w:val="Standardowy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siatka1">
    <w:name w:val="Medium Grid 1"/>
    <w:basedOn w:val="Standardowy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redniasiatka1akcent1">
    <w:name w:val="Medium Grid 1 Accent 1"/>
    <w:basedOn w:val="Standardowy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redniasiatka1akcent2">
    <w:name w:val="Medium Grid 1 Accent 2"/>
    <w:basedOn w:val="Standardowy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redniasiatka1akcent3">
    <w:name w:val="Medium Grid 1 Accent 3"/>
    <w:basedOn w:val="Standardowy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redniasiatka1akcent4">
    <w:name w:val="Medium Grid 1 Accent 4"/>
    <w:basedOn w:val="Standardowy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redniasiatka1akcent5">
    <w:name w:val="Medium Grid 1 Accent 5"/>
    <w:basedOn w:val="Standardowy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redniasiatka1akcent6">
    <w:name w:val="Medium Grid 1 Accent 6"/>
    <w:basedOn w:val="Standardowy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redniasiatka2">
    <w:name w:val="Medium Grid 2"/>
    <w:basedOn w:val="Standardowy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2akcent1">
    <w:name w:val="Medium Grid 2 Accent 1"/>
    <w:basedOn w:val="Standardowy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2akcent2">
    <w:name w:val="Medium Grid 2 Accent 2"/>
    <w:basedOn w:val="Standardowy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2akcent3">
    <w:name w:val="Medium Grid 2 Accent 3"/>
    <w:basedOn w:val="Standardowy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2akcent4">
    <w:name w:val="Medium Grid 2 Accent 4"/>
    <w:basedOn w:val="Standardowy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2akcent5">
    <w:name w:val="Medium Grid 2 Accent 5"/>
    <w:basedOn w:val="Standardowy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2akcent6">
    <w:name w:val="Medium Grid 2 Accent 6"/>
    <w:basedOn w:val="Standardowy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3">
    <w:name w:val="Medium Grid 3"/>
    <w:basedOn w:val="Standardowy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redniasiatka3akcent1">
    <w:name w:val="Medium Grid 3 Accent 1"/>
    <w:basedOn w:val="Standardowy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redniasiatka3akcent2">
    <w:name w:val="Medium Grid 3 Accent 2"/>
    <w:basedOn w:val="Standardowy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redniasiatka3akcent3">
    <w:name w:val="Medium Grid 3 Accent 3"/>
    <w:basedOn w:val="Standardowy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redniasiatka3akcent4">
    <w:name w:val="Medium Grid 3 Accent 4"/>
    <w:basedOn w:val="Standardowy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redniasiatka3akcent5">
    <w:name w:val="Medium Grid 3 Accent 5"/>
    <w:basedOn w:val="Standardowy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redniasiatka3akcent6">
    <w:name w:val="Medium Grid 3 Accent 6"/>
    <w:basedOn w:val="Standardowy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Ciemnalista">
    <w:name w:val="Dark List"/>
    <w:basedOn w:val="Standardowy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Ciemnalista2akcent1">
    <w:name w:val="Dark List Accent 1"/>
    <w:basedOn w:val="Standardowy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Ciemnalistaakcent2">
    <w:name w:val="Dark List Accent 2"/>
    <w:basedOn w:val="Standardowy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Ciemnalistaakcent3">
    <w:name w:val="Dark List Accent 3"/>
    <w:basedOn w:val="Standardowy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Ciemnalistaakcent4">
    <w:name w:val="Dark List Accent 4"/>
    <w:basedOn w:val="Standardowy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Ciemnalistaakcent5">
    <w:name w:val="Dark List Accent 5"/>
    <w:basedOn w:val="Standardowy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Ciemnalistaakcent6">
    <w:name w:val="Dark List Accent 6"/>
    <w:basedOn w:val="Standardowy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Kolorowecieniowanie">
    <w:name w:val="Colorful Shading"/>
    <w:basedOn w:val="Standardowy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olorowecieniowanieakcent1">
    <w:name w:val="Colorful Shading Accent 1"/>
    <w:basedOn w:val="Standardowy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olorowecieniowanieakcent2">
    <w:name w:val="Colorful Shading Accent 2"/>
    <w:basedOn w:val="Standardowy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olorowecieniowanieakcent3">
    <w:name w:val="Colorful Shading Accent 3"/>
    <w:basedOn w:val="Standardowy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Kolorowecieniowanieakcent4">
    <w:name w:val="Colorful Shading Accent 4"/>
    <w:basedOn w:val="Standardowy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olorowecieniowanieakcent5">
    <w:name w:val="Colorful Shading Accent 5"/>
    <w:basedOn w:val="Standardowy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olorowecieniowanieakcent6">
    <w:name w:val="Colorful Shading Accent 6"/>
    <w:basedOn w:val="Standardowy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olorowalista">
    <w:name w:val="Colorful List"/>
    <w:basedOn w:val="Standardowy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Kolorowalistaakcent1">
    <w:name w:val="Colorful List Accent 1"/>
    <w:basedOn w:val="Standardowy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Kolorowalistaakcent2">
    <w:name w:val="Colorful List Accent 2"/>
    <w:basedOn w:val="Standardowy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Kolorowalistaakcent3">
    <w:name w:val="Colorful List Accent 3"/>
    <w:basedOn w:val="Standardowy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Kolorowalistaakcent4">
    <w:name w:val="Colorful List Accent 4"/>
    <w:basedOn w:val="Standardowy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Kolorowalistaakcent5">
    <w:name w:val="Colorful List Accent 5"/>
    <w:basedOn w:val="Standardowy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Kolorowalistaakcent6">
    <w:name w:val="Colorful List Accent 6"/>
    <w:basedOn w:val="Standardowy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Kolorowasiatka">
    <w:name w:val="Colorful Grid"/>
    <w:basedOn w:val="Standardowy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Kolorowasiatkaakcent1">
    <w:name w:val="Colorful Grid Accent 1"/>
    <w:basedOn w:val="Standardowy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Kolorowasiatkaakcent2">
    <w:name w:val="Colorful Grid Accent 2"/>
    <w:basedOn w:val="Standardowy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Kolorowasiatkaakcent3">
    <w:name w:val="Colorful Grid Accent 3"/>
    <w:basedOn w:val="Standardowy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Kolorowasiatkaakcent4">
    <w:name w:val="Colorful Grid Accent 4"/>
    <w:basedOn w:val="Standardowy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Kolorowasiatkaakcent5">
    <w:name w:val="Colorful Grid Accent 5"/>
    <w:basedOn w:val="Standardowy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Kolorowasiatkaakcent6">
    <w:name w:val="Colorful Grid Accent 6"/>
    <w:basedOn w:val="Standardowy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paragraph" w:customStyle="1" w:styleId="TytuETR">
    <w:name w:val="Tytuł ETR"/>
    <w:pPr>
      <w:spacing w:before="160" w:after="200" w:line="276" w:lineRule="auto"/>
    </w:pPr>
    <w:rPr>
      <w:rFonts w:ascii="Arial" w:eastAsia="Arial" w:hAnsi="Arial"/>
      <w:b/>
      <w:sz w:val="48"/>
    </w:rPr>
  </w:style>
  <w:style w:type="paragraph" w:customStyle="1" w:styleId="NagwekETR">
    <w:name w:val="Nagłówek ETR"/>
    <w:pPr>
      <w:spacing w:before="160" w:after="200" w:line="276" w:lineRule="auto"/>
    </w:pPr>
    <w:rPr>
      <w:rFonts w:ascii="Arial" w:eastAsia="Arial" w:hAnsi="Arial"/>
      <w:b/>
      <w:sz w:val="38"/>
    </w:rPr>
  </w:style>
  <w:style w:type="paragraph" w:customStyle="1" w:styleId="PodnagwekETR">
    <w:name w:val="Podnagłówek ETR"/>
    <w:pPr>
      <w:spacing w:before="160" w:after="200" w:line="276" w:lineRule="auto"/>
    </w:pPr>
    <w:rPr>
      <w:rFonts w:ascii="Arial" w:eastAsia="Arial" w:hAnsi="Arial"/>
      <w:b/>
      <w:sz w:val="34"/>
    </w:rPr>
  </w:style>
  <w:style w:type="character" w:styleId="Hipercze">
    <w:name w:val="Hyperlink"/>
    <w:basedOn w:val="Domylnaczcionkaakapitu"/>
    <w:uiPriority w:val="99"/>
    <w:unhideWhenUsed/>
    <w:rsid w:val="00B17623"/>
    <w:rPr>
      <w:color w:val="0000FF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B1762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fontTable" Target="fontTable.xml"/><Relationship Id="rId21" Type="http://schemas.openxmlformats.org/officeDocument/2006/relationships/image" Target="media/image14.png"/><Relationship Id="rId34" Type="http://schemas.openxmlformats.org/officeDocument/2006/relationships/hyperlink" Target="https://www.kepno.pl/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5.png"/><Relationship Id="rId38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4.png"/><Relationship Id="rId37" Type="http://schemas.openxmlformats.org/officeDocument/2006/relationships/hyperlink" Target="https://kepno.bip.net.pl/kategorie/44-jak-zalatwic-sprawe-w-urzedzie-miasta-i-gminy?lang=PL" TargetMode="Externa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6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hyperlink" Target="https://edoreczenia.gov.pl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hyperlink" Target="https://kepno.bip.net.pl/" TargetMode="External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637</TotalTime>
  <Pages>14</Pages>
  <Words>1263</Words>
  <Characters>7578</Characters>
  <Application>Microsoft Office Word</Application>
  <DocSecurity>0</DocSecurity>
  <Lines>63</Lines>
  <Paragraphs>17</Paragraphs>
  <ScaleCrop>false</ScaleCrop>
  <HeadingPairs>
    <vt:vector size="6" baseType="variant">
      <vt:variant>
        <vt:lpstr>Tytuł</vt:lpstr>
      </vt:variant>
      <vt:variant>
        <vt:i4>1</vt:i4>
      </vt:variant>
      <vt:variant>
        <vt:lpstr>Nagłówki</vt:lpstr>
      </vt:variant>
      <vt:variant>
        <vt:i4>27</vt:i4>
      </vt:variant>
      <vt:variant>
        <vt:lpstr>Title</vt:lpstr>
      </vt:variant>
      <vt:variant>
        <vt:i4>1</vt:i4>
      </vt:variant>
    </vt:vector>
  </HeadingPairs>
  <TitlesOfParts>
    <vt:vector size="29" baseType="lpstr">
      <vt:lpstr>Informacja o zakresie działalności Urzędu Miasta i Gminy w Kępnie w formie łatwej do czytania i rozumienia ETR.</vt:lpstr>
      <vt:lpstr>Informacja o działalności Urzędu Miasta i Gminy w Kępnie</vt:lpstr>
      <vt:lpstr>    /Gdzie jest Urząd?</vt:lpstr>
      <vt:lpstr>    Kto kieruje Urzędem?</vt:lpstr>
      <vt:lpstr>    Czym zajmuje się Urząd?</vt:lpstr>
      <vt:lpstr>        Sprawy zamieszkania i dowodu osobistego</vt:lpstr>
      <vt:lpstr>        /Akty stanu cywilnego i ślub</vt:lpstr>
      <vt:lpstr>        /Podatki i opłaty</vt:lpstr>
      <vt:lpstr>        Sprawy firmy</vt:lpstr>
      <vt:lpstr>        Śmieci i nieczystości ciekłe</vt:lpstr>
      <vt:lpstr>        /Drzewa i środowisko</vt:lpstr>
      <vt:lpstr>        Dom, działka i planowanie przestrzenne</vt:lpstr>
      <vt:lpstr>        Miejscowy plan i rewitalizacja</vt:lpstr>
      <vt:lpstr>        /Mieszkania komunalne</vt:lpstr>
      <vt:lpstr>        Drogi i pas drogowy</vt:lpstr>
      <vt:lpstr>        Urządzenia, zjazdy i reklamy przy drodze</vt:lpstr>
      <vt:lpstr>    Kiedy pracuje Urząd?</vt:lpstr>
      <vt:lpstr>        Ważna informacja</vt:lpstr>
      <vt:lpstr>    /Jak możesz załatwić sprawę w Urzędzie?</vt:lpstr>
      <vt:lpstr>        /Pocztą</vt:lpstr>
      <vt:lpstr>        /Osobiście</vt:lpstr>
      <vt:lpstr>        /Przez e-Doręczenia</vt:lpstr>
      <vt:lpstr>        Telefonicznie</vt:lpstr>
      <vt:lpstr>    Gdzie znajdziesz więcej informacji?</vt:lpstr>
      <vt:lpstr>        /Jak znaleźć opis sprawy?</vt:lpstr>
      <vt:lpstr>    Trudne słowa</vt:lpstr>
      <vt:lpstr>    Trudne słowa - ciąg dalszy</vt:lpstr>
      <vt:lpstr>    Trudne słowa - ciąg dalszy2</vt:lpstr>
      <vt:lpstr/>
    </vt:vector>
  </TitlesOfParts>
  <Manager/>
  <Company/>
  <LinksUpToDate>false</LinksUpToDate>
  <CharactersWithSpaces>8824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Informacja o zakresie działalności Urzędu Miasta i Gminy w Kępnie w formie łatwej do czytania i rozumienia ETR.</dc:title>
  <dc:subject>Tekst łatwy do czytania i zrozumienia (ETR)</dc:subject>
  <dc:creator/>
  <cp:keywords/>
  <dc:description>Dokument przygotowany na podstawie pliku maszynowego Urzędu Miasta i Gminy w Kępnie </dc:description>
  <cp:lastModifiedBy>Trol Intermedia</cp:lastModifiedBy>
  <cp:revision>4</cp:revision>
  <cp:lastPrinted>2026-06-10T09:28:00Z</cp:lastPrinted>
  <dcterms:created xsi:type="dcterms:W3CDTF">2026-06-10T05:43:00Z</dcterms:created>
  <dcterms:modified xsi:type="dcterms:W3CDTF">2026-06-10T09:29:00Z</dcterms:modified>
  <cp:category/>
</cp:coreProperties>
</file>